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5435" w14:textId="77777777" w:rsidR="009310AF" w:rsidRDefault="0099721A">
      <w:pPr>
        <w:spacing w:after="40"/>
        <w:jc w:val="center"/>
        <w:rPr>
          <w:lang w:eastAsia="zh-CN"/>
        </w:rPr>
      </w:pPr>
      <w:r>
        <w:rPr>
          <w:b/>
          <w:color w:val="2F5597"/>
          <w:sz w:val="40"/>
          <w:lang w:eastAsia="zh-CN"/>
        </w:rPr>
        <w:t>Day</w:t>
      </w:r>
      <w:proofErr w:type="gramStart"/>
      <w:r>
        <w:rPr>
          <w:b/>
          <w:color w:val="2F5597"/>
          <w:sz w:val="40"/>
          <w:lang w:eastAsia="zh-CN"/>
        </w:rPr>
        <w:t>2  AI</w:t>
      </w:r>
      <w:proofErr w:type="gramEnd"/>
      <w:r>
        <w:rPr>
          <w:b/>
          <w:color w:val="2F5597"/>
          <w:sz w:val="40"/>
          <w:lang w:eastAsia="zh-CN"/>
        </w:rPr>
        <w:t>产品经理任务单</w:t>
      </w:r>
    </w:p>
    <w:p w14:paraId="29A13EC3" w14:textId="77777777" w:rsidR="009310AF" w:rsidRDefault="0099721A">
      <w:pPr>
        <w:spacing w:after="120"/>
        <w:jc w:val="center"/>
        <w:rPr>
          <w:lang w:eastAsia="zh-CN"/>
        </w:rPr>
      </w:pPr>
      <w:r>
        <w:rPr>
          <w:color w:val="666666"/>
          <w:lang w:eastAsia="zh-CN"/>
        </w:rPr>
        <w:t>跟着小龙虾，一步一步把创业想法变成可以做出来的产品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9310AF" w14:paraId="1102D49F" w14:textId="77777777">
        <w:trPr>
          <w:jc w:val="center"/>
        </w:trPr>
        <w:tc>
          <w:tcPr>
            <w:tcW w:w="24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9F17996" w14:textId="77777777" w:rsidR="009310AF" w:rsidRDefault="0099721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F5597"/>
                <w:sz w:val="19"/>
              </w:rPr>
              <w:t>公司名称</w:t>
            </w:r>
            <w:proofErr w:type="spellEnd"/>
          </w:p>
        </w:tc>
        <w:tc>
          <w:tcPr>
            <w:tcW w:w="24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FD2328E" w14:textId="77777777" w:rsidR="009310AF" w:rsidRDefault="0099721A">
            <w:pPr>
              <w:spacing w:after="0" w:line="240" w:lineRule="auto"/>
              <w:jc w:val="center"/>
            </w:pPr>
            <w:r>
              <w:rPr>
                <w:b/>
                <w:color w:val="2F5597"/>
                <w:sz w:val="19"/>
              </w:rPr>
              <w:t>产品名称</w:t>
            </w:r>
          </w:p>
        </w:tc>
        <w:tc>
          <w:tcPr>
            <w:tcW w:w="24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DEA3ADE" w14:textId="77777777" w:rsidR="009310AF" w:rsidRDefault="0099721A">
            <w:pPr>
              <w:spacing w:after="0" w:line="240" w:lineRule="auto"/>
              <w:jc w:val="center"/>
            </w:pPr>
            <w:r>
              <w:rPr>
                <w:b/>
                <w:color w:val="2F5597"/>
                <w:sz w:val="19"/>
              </w:rPr>
              <w:t>CEO/组员</w:t>
            </w:r>
          </w:p>
        </w:tc>
        <w:tc>
          <w:tcPr>
            <w:tcW w:w="24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DE122DB" w14:textId="77777777" w:rsidR="009310AF" w:rsidRDefault="0099721A">
            <w:pPr>
              <w:spacing w:after="0" w:line="240" w:lineRule="auto"/>
              <w:jc w:val="center"/>
            </w:pPr>
            <w:r>
              <w:rPr>
                <w:b/>
                <w:color w:val="2F5597"/>
                <w:sz w:val="19"/>
              </w:rPr>
              <w:t>日期</w:t>
            </w:r>
          </w:p>
        </w:tc>
      </w:tr>
      <w:tr w:rsidR="009310AF" w14:paraId="4A66B857" w14:textId="77777777">
        <w:trPr>
          <w:jc w:val="center"/>
        </w:trPr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A39FEB" w14:textId="77777777" w:rsidR="009310AF" w:rsidRDefault="0099721A">
            <w:pPr>
              <w:spacing w:after="0" w:line="240" w:lineRule="auto"/>
              <w:jc w:val="center"/>
            </w:pPr>
            <w:r>
              <w:rPr>
                <w:color w:val="333333"/>
                <w:sz w:val="19"/>
              </w:rPr>
              <w:t>________________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3AD124" w14:textId="77777777" w:rsidR="009310AF" w:rsidRDefault="0099721A">
            <w:pPr>
              <w:spacing w:after="0" w:line="240" w:lineRule="auto"/>
              <w:jc w:val="center"/>
            </w:pPr>
            <w:r>
              <w:rPr>
                <w:color w:val="333333"/>
                <w:sz w:val="19"/>
              </w:rPr>
              <w:t>________________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761297" w14:textId="77777777" w:rsidR="009310AF" w:rsidRDefault="0099721A">
            <w:pPr>
              <w:spacing w:after="0" w:line="240" w:lineRule="auto"/>
              <w:jc w:val="center"/>
            </w:pPr>
            <w:r>
              <w:rPr>
                <w:color w:val="333333"/>
                <w:sz w:val="19"/>
              </w:rPr>
              <w:t>________________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B413C1" w14:textId="77777777" w:rsidR="009310AF" w:rsidRDefault="0099721A">
            <w:pPr>
              <w:spacing w:after="0" w:line="240" w:lineRule="auto"/>
              <w:jc w:val="center"/>
            </w:pPr>
            <w:r>
              <w:rPr>
                <w:color w:val="333333"/>
                <w:sz w:val="19"/>
              </w:rPr>
              <w:t>________________</w:t>
            </w:r>
          </w:p>
        </w:tc>
      </w:tr>
    </w:tbl>
    <w:p w14:paraId="61BACAA7" w14:textId="77777777" w:rsidR="009310AF" w:rsidRDefault="009310AF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6"/>
      </w:tblGrid>
      <w:tr w:rsidR="009310AF" w14:paraId="73B8DB2F" w14:textId="77777777">
        <w:trPr>
          <w:jc w:val="center"/>
        </w:trPr>
        <w:tc>
          <w:tcPr>
            <w:tcW w:w="10206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AF0F8"/>
            <w:vAlign w:val="center"/>
          </w:tcPr>
          <w:p w14:paraId="55FD5BD5" w14:textId="77777777" w:rsidR="009310AF" w:rsidRDefault="0099721A">
            <w:pPr>
              <w:spacing w:after="0" w:line="240" w:lineRule="auto"/>
              <w:rPr>
                <w:lang w:eastAsia="zh-CN"/>
              </w:rPr>
            </w:pPr>
            <w:r>
              <w:rPr>
                <w:color w:val="333333"/>
                <w:sz w:val="19"/>
                <w:lang w:eastAsia="zh-CN"/>
              </w:rPr>
              <w:t>课堂玩法：小龙虾问</w:t>
            </w:r>
            <w:proofErr w:type="gramStart"/>
            <w:r>
              <w:rPr>
                <w:color w:val="333333"/>
                <w:sz w:val="19"/>
                <w:lang w:eastAsia="zh-CN"/>
              </w:rPr>
              <w:t xml:space="preserve">一个 → </w:t>
            </w:r>
            <w:proofErr w:type="gramEnd"/>
            <w:r>
              <w:rPr>
                <w:color w:val="333333"/>
                <w:sz w:val="19"/>
                <w:lang w:eastAsia="zh-CN"/>
              </w:rPr>
              <w:t>CEO回答</w:t>
            </w:r>
            <w:proofErr w:type="gramStart"/>
            <w:r>
              <w:rPr>
                <w:color w:val="333333"/>
                <w:sz w:val="19"/>
                <w:lang w:eastAsia="zh-CN"/>
              </w:rPr>
              <w:t xml:space="preserve">一个 → </w:t>
            </w:r>
            <w:proofErr w:type="gramEnd"/>
            <w:r>
              <w:rPr>
                <w:color w:val="333333"/>
                <w:sz w:val="19"/>
                <w:lang w:eastAsia="zh-CN"/>
              </w:rPr>
              <w:t>觉得不对就</w:t>
            </w:r>
            <w:proofErr w:type="gramStart"/>
            <w:r>
              <w:rPr>
                <w:color w:val="333333"/>
                <w:sz w:val="19"/>
                <w:lang w:eastAsia="zh-CN"/>
              </w:rPr>
              <w:t xml:space="preserve">修改 → </w:t>
            </w:r>
            <w:proofErr w:type="gramEnd"/>
            <w:r>
              <w:rPr>
                <w:color w:val="333333"/>
                <w:sz w:val="19"/>
                <w:lang w:eastAsia="zh-CN"/>
              </w:rPr>
              <w:t>确认后马上写进任务单。AI给建议，CEO做决定。</w:t>
            </w:r>
          </w:p>
        </w:tc>
      </w:tr>
    </w:tbl>
    <w:p w14:paraId="15BD8DFE" w14:textId="77777777" w:rsidR="009310AF" w:rsidRDefault="009310AF">
      <w:pPr>
        <w:spacing w:after="0"/>
        <w:rPr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9310AF" w14:paraId="3B79236C" w14:textId="77777777">
        <w:trPr>
          <w:jc w:val="center"/>
        </w:trPr>
        <w:tc>
          <w:tcPr>
            <w:tcW w:w="10206" w:type="dxa"/>
            <w:shd w:val="clear" w:color="auto" w:fill="2F5597"/>
          </w:tcPr>
          <w:p w14:paraId="23FCFCC0" w14:textId="77777777" w:rsidR="009310AF" w:rsidRDefault="0099721A">
            <w:pPr>
              <w:spacing w:after="0"/>
              <w:rPr>
                <w:lang w:eastAsia="zh-CN"/>
              </w:rPr>
            </w:pPr>
            <w:r>
              <w:rPr>
                <w:b/>
                <w:color w:val="FFFFFF"/>
                <w:sz w:val="27"/>
                <w:lang w:eastAsia="zh-CN"/>
              </w:rPr>
              <w:t>第1关：</w:t>
            </w:r>
            <w:proofErr w:type="gramStart"/>
            <w:r>
              <w:rPr>
                <w:b/>
                <w:color w:val="FFFFFF"/>
                <w:sz w:val="27"/>
                <w:lang w:eastAsia="zh-CN"/>
              </w:rPr>
              <w:t>找到真正的用户</w:t>
            </w:r>
            <w:r>
              <w:rPr>
                <w:color w:val="FFFFFF"/>
                <w:sz w:val="19"/>
                <w:lang w:eastAsia="zh-CN"/>
              </w:rPr>
              <w:t xml:space="preserve">  先把</w:t>
            </w:r>
            <w:proofErr w:type="gramEnd"/>
            <w:r>
              <w:rPr>
                <w:color w:val="FFFFFF"/>
                <w:sz w:val="19"/>
                <w:lang w:eastAsia="zh-CN"/>
              </w:rPr>
              <w:t>“谁会用、什么时候用、最想解决什么”说清楚</w:t>
            </w:r>
          </w:p>
        </w:tc>
      </w:tr>
    </w:tbl>
    <w:p w14:paraId="3150BFA0" w14:textId="77777777" w:rsidR="009310AF" w:rsidRDefault="009310AF">
      <w:pPr>
        <w:spacing w:after="0"/>
        <w:rPr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7540"/>
      </w:tblGrid>
      <w:tr w:rsidR="009310AF" w14:paraId="02AEF2C3" w14:textId="77777777">
        <w:trPr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1D42B5B" w14:textId="77777777" w:rsidR="009310AF" w:rsidRDefault="0099721A">
            <w:pPr>
              <w:spacing w:after="0" w:line="240" w:lineRule="auto"/>
            </w:pPr>
            <w:proofErr w:type="spellStart"/>
            <w:r>
              <w:rPr>
                <w:b/>
                <w:color w:val="2F5597"/>
                <w:sz w:val="20"/>
              </w:rPr>
              <w:t>他是谁</w:t>
            </w:r>
            <w:proofErr w:type="spellEnd"/>
            <w:r>
              <w:rPr>
                <w:b/>
                <w:color w:val="2F5597"/>
                <w:sz w:val="20"/>
              </w:rPr>
              <w:t>？</w:t>
            </w:r>
          </w:p>
        </w:tc>
        <w:tc>
          <w:tcPr>
            <w:tcW w:w="7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38FE773" w14:textId="77777777" w:rsidR="009310AF" w:rsidRDefault="0099721A">
            <w:pPr>
              <w:spacing w:after="0" w:line="240" w:lineRule="auto"/>
              <w:rPr>
                <w:lang w:eastAsia="zh-CN"/>
              </w:rPr>
            </w:pPr>
            <w:r>
              <w:rPr>
                <w:color w:val="333333"/>
                <w:sz w:val="20"/>
                <w:lang w:eastAsia="zh-CN"/>
              </w:rPr>
              <w:t>写一个能想象出样子的具体用户</w:t>
            </w:r>
            <w:r>
              <w:rPr>
                <w:color w:val="333333"/>
                <w:sz w:val="20"/>
                <w:lang w:eastAsia="zh-CN"/>
              </w:rPr>
              <w:br/>
            </w:r>
            <w:r>
              <w:rPr>
                <w:color w:val="333333"/>
                <w:sz w:val="20"/>
                <w:lang w:eastAsia="zh-CN"/>
              </w:rPr>
              <w:br/>
            </w:r>
          </w:p>
        </w:tc>
      </w:tr>
      <w:tr w:rsidR="009310AF" w14:paraId="6298CC9A" w14:textId="77777777">
        <w:trPr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0CA3CE01" w14:textId="77777777" w:rsidR="009310AF" w:rsidRDefault="0099721A">
            <w:pPr>
              <w:spacing w:after="0" w:line="240" w:lineRule="auto"/>
            </w:pPr>
            <w:proofErr w:type="spellStart"/>
            <w:r>
              <w:rPr>
                <w:b/>
                <w:color w:val="2F5597"/>
                <w:sz w:val="20"/>
              </w:rPr>
              <w:t>什么时候用</w:t>
            </w:r>
            <w:proofErr w:type="spellEnd"/>
            <w:r>
              <w:rPr>
                <w:b/>
                <w:color w:val="2F5597"/>
                <w:sz w:val="20"/>
              </w:rPr>
              <w:t>？</w:t>
            </w:r>
          </w:p>
        </w:tc>
        <w:tc>
          <w:tcPr>
            <w:tcW w:w="7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322A176" w14:textId="77777777" w:rsidR="009310AF" w:rsidRDefault="0099721A">
            <w:pPr>
              <w:spacing w:after="0" w:line="240" w:lineRule="auto"/>
              <w:rPr>
                <w:lang w:eastAsia="zh-CN"/>
              </w:rPr>
            </w:pPr>
            <w:r>
              <w:rPr>
                <w:color w:val="333333"/>
                <w:sz w:val="20"/>
                <w:lang w:eastAsia="zh-CN"/>
              </w:rPr>
              <w:t>写清楚什么时间、什么场景</w:t>
            </w:r>
            <w:r>
              <w:rPr>
                <w:color w:val="333333"/>
                <w:sz w:val="20"/>
                <w:lang w:eastAsia="zh-CN"/>
              </w:rPr>
              <w:br/>
            </w:r>
            <w:r>
              <w:rPr>
                <w:color w:val="333333"/>
                <w:sz w:val="20"/>
                <w:lang w:eastAsia="zh-CN"/>
              </w:rPr>
              <w:br/>
            </w:r>
          </w:p>
        </w:tc>
      </w:tr>
      <w:tr w:rsidR="009310AF" w14:paraId="61B14FE2" w14:textId="77777777">
        <w:trPr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AEE08FE" w14:textId="77777777" w:rsidR="009310AF" w:rsidRDefault="0099721A">
            <w:pPr>
              <w:spacing w:after="0" w:line="240" w:lineRule="auto"/>
            </w:pPr>
            <w:proofErr w:type="spellStart"/>
            <w:r>
              <w:rPr>
                <w:b/>
                <w:color w:val="2F5597"/>
                <w:sz w:val="20"/>
              </w:rPr>
              <w:t>最想解决什么</w:t>
            </w:r>
            <w:proofErr w:type="spellEnd"/>
            <w:r>
              <w:rPr>
                <w:b/>
                <w:color w:val="2F5597"/>
                <w:sz w:val="20"/>
              </w:rPr>
              <w:t>？</w:t>
            </w:r>
          </w:p>
        </w:tc>
        <w:tc>
          <w:tcPr>
            <w:tcW w:w="7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DBC214" w14:textId="77777777" w:rsidR="009310AF" w:rsidRDefault="0099721A">
            <w:pPr>
              <w:spacing w:after="0" w:line="240" w:lineRule="auto"/>
              <w:rPr>
                <w:lang w:eastAsia="zh-CN"/>
              </w:rPr>
            </w:pPr>
            <w:r>
              <w:rPr>
                <w:color w:val="333333"/>
                <w:sz w:val="20"/>
                <w:lang w:eastAsia="zh-CN"/>
              </w:rPr>
              <w:t>只写最主要的一个麻烦</w:t>
            </w:r>
            <w:r>
              <w:rPr>
                <w:color w:val="333333"/>
                <w:sz w:val="20"/>
                <w:lang w:eastAsia="zh-CN"/>
              </w:rPr>
              <w:br/>
            </w:r>
            <w:r>
              <w:rPr>
                <w:color w:val="333333"/>
                <w:sz w:val="20"/>
                <w:lang w:eastAsia="zh-CN"/>
              </w:rPr>
              <w:br/>
            </w:r>
          </w:p>
        </w:tc>
      </w:tr>
    </w:tbl>
    <w:p w14:paraId="6A526A0A" w14:textId="77777777" w:rsidR="009310AF" w:rsidRDefault="009310AF">
      <w:pPr>
        <w:spacing w:after="0"/>
        <w:rPr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9310AF" w14:paraId="7D007A68" w14:textId="77777777">
        <w:trPr>
          <w:jc w:val="center"/>
        </w:trPr>
        <w:tc>
          <w:tcPr>
            <w:tcW w:w="10206" w:type="dxa"/>
            <w:shd w:val="clear" w:color="auto" w:fill="2F5597"/>
          </w:tcPr>
          <w:p w14:paraId="76BAF2C6" w14:textId="77777777" w:rsidR="009310AF" w:rsidRDefault="0099721A">
            <w:pPr>
              <w:spacing w:after="0"/>
              <w:rPr>
                <w:lang w:eastAsia="zh-CN"/>
              </w:rPr>
            </w:pPr>
            <w:r>
              <w:rPr>
                <w:b/>
                <w:color w:val="FFFFFF"/>
                <w:sz w:val="27"/>
                <w:lang w:eastAsia="zh-CN"/>
              </w:rPr>
              <w:t>第2关：用户怎么使用产品？</w:t>
            </w:r>
            <w:r>
              <w:rPr>
                <w:color w:val="FFFFFF"/>
                <w:sz w:val="19"/>
                <w:lang w:eastAsia="zh-CN"/>
              </w:rPr>
              <w:t xml:space="preserve">  从打开产品到问题被解决，写成4–6步</w:t>
            </w:r>
          </w:p>
        </w:tc>
      </w:tr>
    </w:tbl>
    <w:p w14:paraId="1664D7F4" w14:textId="77777777" w:rsidR="009310AF" w:rsidRDefault="009310AF">
      <w:pPr>
        <w:spacing w:after="0"/>
        <w:rPr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8617"/>
      </w:tblGrid>
      <w:tr w:rsidR="009310AF" w14:paraId="4C920205" w14:textId="77777777">
        <w:trPr>
          <w:jc w:val="center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0F8"/>
            <w:vAlign w:val="center"/>
          </w:tcPr>
          <w:p w14:paraId="35BD5BF8" w14:textId="77777777" w:rsidR="009310AF" w:rsidRDefault="0099721A">
            <w:pPr>
              <w:spacing w:after="0" w:line="240" w:lineRule="auto"/>
            </w:pPr>
            <w:r>
              <w:rPr>
                <w:b/>
                <w:color w:val="2F5597"/>
                <w:sz w:val="20"/>
              </w:rPr>
              <w:t>第1步</w:t>
            </w:r>
          </w:p>
        </w:tc>
        <w:tc>
          <w:tcPr>
            <w:tcW w:w="86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7E1901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20"/>
              </w:rPr>
              <w:t>____________________________________________________________</w:t>
            </w:r>
          </w:p>
        </w:tc>
      </w:tr>
      <w:tr w:rsidR="009310AF" w14:paraId="132411B6" w14:textId="77777777">
        <w:trPr>
          <w:jc w:val="center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0F8"/>
            <w:vAlign w:val="center"/>
          </w:tcPr>
          <w:p w14:paraId="18645EAC" w14:textId="77777777" w:rsidR="009310AF" w:rsidRDefault="0099721A">
            <w:pPr>
              <w:spacing w:after="0" w:line="240" w:lineRule="auto"/>
            </w:pPr>
            <w:r>
              <w:rPr>
                <w:b/>
                <w:color w:val="2F5597"/>
                <w:sz w:val="20"/>
              </w:rPr>
              <w:t>第2步</w:t>
            </w:r>
          </w:p>
        </w:tc>
        <w:tc>
          <w:tcPr>
            <w:tcW w:w="86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90B2B1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20"/>
              </w:rPr>
              <w:t>____________________________________________________________</w:t>
            </w:r>
          </w:p>
        </w:tc>
      </w:tr>
      <w:tr w:rsidR="009310AF" w14:paraId="369532C9" w14:textId="77777777">
        <w:trPr>
          <w:jc w:val="center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0F8"/>
            <w:vAlign w:val="center"/>
          </w:tcPr>
          <w:p w14:paraId="69C82BB0" w14:textId="77777777" w:rsidR="009310AF" w:rsidRDefault="0099721A">
            <w:pPr>
              <w:spacing w:after="0" w:line="240" w:lineRule="auto"/>
            </w:pPr>
            <w:r>
              <w:rPr>
                <w:b/>
                <w:color w:val="2F5597"/>
                <w:sz w:val="20"/>
              </w:rPr>
              <w:t>第3步</w:t>
            </w:r>
          </w:p>
        </w:tc>
        <w:tc>
          <w:tcPr>
            <w:tcW w:w="86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40DE19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20"/>
              </w:rPr>
              <w:t>____________________________________________________________</w:t>
            </w:r>
          </w:p>
        </w:tc>
      </w:tr>
      <w:tr w:rsidR="009310AF" w14:paraId="5679155C" w14:textId="77777777">
        <w:trPr>
          <w:jc w:val="center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0F8"/>
            <w:vAlign w:val="center"/>
          </w:tcPr>
          <w:p w14:paraId="14CA0A5C" w14:textId="77777777" w:rsidR="009310AF" w:rsidRDefault="0099721A">
            <w:pPr>
              <w:spacing w:after="0" w:line="240" w:lineRule="auto"/>
            </w:pPr>
            <w:r>
              <w:rPr>
                <w:b/>
                <w:color w:val="2F5597"/>
                <w:sz w:val="20"/>
              </w:rPr>
              <w:t>第4步</w:t>
            </w:r>
          </w:p>
        </w:tc>
        <w:tc>
          <w:tcPr>
            <w:tcW w:w="86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FC2DE3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20"/>
              </w:rPr>
              <w:t>____________________________________________________________</w:t>
            </w:r>
          </w:p>
        </w:tc>
      </w:tr>
      <w:tr w:rsidR="009310AF" w14:paraId="21005446" w14:textId="77777777">
        <w:trPr>
          <w:jc w:val="center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0F8"/>
            <w:vAlign w:val="center"/>
          </w:tcPr>
          <w:p w14:paraId="7E355797" w14:textId="77777777" w:rsidR="009310AF" w:rsidRDefault="0099721A">
            <w:pPr>
              <w:spacing w:after="0" w:line="240" w:lineRule="auto"/>
            </w:pPr>
            <w:r>
              <w:rPr>
                <w:b/>
                <w:color w:val="2F5597"/>
                <w:sz w:val="20"/>
              </w:rPr>
              <w:t>第5步</w:t>
            </w:r>
          </w:p>
        </w:tc>
        <w:tc>
          <w:tcPr>
            <w:tcW w:w="86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6E2EA5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20"/>
              </w:rPr>
              <w:t>____________________________________________________________</w:t>
            </w:r>
          </w:p>
        </w:tc>
      </w:tr>
      <w:tr w:rsidR="009310AF" w14:paraId="3266C8E5" w14:textId="77777777">
        <w:trPr>
          <w:jc w:val="center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14:paraId="24ADBD39" w14:textId="77777777" w:rsidR="009310AF" w:rsidRDefault="0099721A">
            <w:pPr>
              <w:spacing w:after="0" w:line="240" w:lineRule="auto"/>
            </w:pPr>
            <w:r>
              <w:rPr>
                <w:b/>
                <w:color w:val="2F5597"/>
                <w:sz w:val="20"/>
              </w:rPr>
              <w:t>最后</w:t>
            </w:r>
          </w:p>
        </w:tc>
        <w:tc>
          <w:tcPr>
            <w:tcW w:w="86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410B99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20"/>
              </w:rPr>
              <w:t>____________________________________________________________</w:t>
            </w:r>
          </w:p>
        </w:tc>
      </w:tr>
    </w:tbl>
    <w:p w14:paraId="2C35CAA4" w14:textId="77777777" w:rsidR="009310AF" w:rsidRDefault="009310AF">
      <w:pPr>
        <w:spacing w:after="0"/>
      </w:pPr>
    </w:p>
    <w:p w14:paraId="26ABBA11" w14:textId="77777777" w:rsidR="009310AF" w:rsidRDefault="0099721A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9310AF" w14:paraId="1E4D840D" w14:textId="77777777">
        <w:trPr>
          <w:jc w:val="center"/>
        </w:trPr>
        <w:tc>
          <w:tcPr>
            <w:tcW w:w="10206" w:type="dxa"/>
            <w:shd w:val="clear" w:color="auto" w:fill="2F5597"/>
          </w:tcPr>
          <w:p w14:paraId="250DD267" w14:textId="77777777" w:rsidR="009310AF" w:rsidRDefault="0099721A">
            <w:pPr>
              <w:spacing w:after="0"/>
              <w:rPr>
                <w:lang w:eastAsia="zh-CN"/>
              </w:rPr>
            </w:pPr>
            <w:r>
              <w:rPr>
                <w:b/>
                <w:color w:val="FFFFFF"/>
                <w:sz w:val="27"/>
                <w:lang w:eastAsia="zh-CN"/>
              </w:rPr>
              <w:lastRenderedPageBreak/>
              <w:t>第3关：产品有什么本领？</w:t>
            </w:r>
            <w:r>
              <w:rPr>
                <w:color w:val="FFFFFF"/>
                <w:sz w:val="19"/>
                <w:lang w:eastAsia="zh-CN"/>
              </w:rPr>
              <w:t xml:space="preserve">  至少3个，最多5个；每个都要说清楚“用户做什么、AI做什么”</w:t>
            </w:r>
          </w:p>
        </w:tc>
      </w:tr>
    </w:tbl>
    <w:p w14:paraId="1ECF96E7" w14:textId="77777777" w:rsidR="009310AF" w:rsidRDefault="009310AF">
      <w:pPr>
        <w:spacing w:after="0"/>
        <w:rPr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381"/>
        <w:gridCol w:w="3005"/>
        <w:gridCol w:w="2721"/>
      </w:tblGrid>
      <w:tr w:rsidR="009310AF" w14:paraId="28E1AA56" w14:textId="77777777">
        <w:trPr>
          <w:tblHeader/>
          <w:jc w:val="center"/>
        </w:trPr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597"/>
            <w:vAlign w:val="center"/>
          </w:tcPr>
          <w:p w14:paraId="1CDCEDE4" w14:textId="77777777" w:rsidR="009310AF" w:rsidRDefault="0099721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功能名称</w:t>
            </w:r>
            <w:proofErr w:type="spellEnd"/>
          </w:p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597"/>
            <w:vAlign w:val="center"/>
          </w:tcPr>
          <w:p w14:paraId="629F12BA" w14:textId="1845719A" w:rsidR="009310AF" w:rsidRDefault="00A63868">
            <w:pPr>
              <w:spacing w:after="0" w:line="240" w:lineRule="auto"/>
              <w:jc w:val="center"/>
            </w:pPr>
            <w:r>
              <w:rPr>
                <w:rFonts w:ascii="宋体" w:eastAsia="宋体" w:hAnsi="宋体" w:cs="宋体" w:hint="eastAsia"/>
                <w:b/>
                <w:color w:val="FFFFFF"/>
                <w:sz w:val="19"/>
                <w:lang w:eastAsia="zh-CN"/>
              </w:rPr>
              <w:t>用户</w:t>
            </w:r>
            <w:proofErr w:type="spellStart"/>
            <w:r w:rsidR="0099721A">
              <w:rPr>
                <w:b/>
                <w:color w:val="FFFFFF"/>
                <w:sz w:val="19"/>
              </w:rPr>
              <w:t>怎么操作</w:t>
            </w:r>
            <w:proofErr w:type="spellEnd"/>
          </w:p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597"/>
            <w:vAlign w:val="center"/>
          </w:tcPr>
          <w:p w14:paraId="0B9E4DAE" w14:textId="6BACA178" w:rsidR="009310AF" w:rsidRDefault="0099721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AI帮</w:t>
            </w:r>
            <w:proofErr w:type="spellEnd"/>
            <w:r w:rsidR="00A63868">
              <w:rPr>
                <w:rFonts w:ascii="宋体" w:eastAsia="宋体" w:hAnsi="宋体" w:cs="宋体" w:hint="eastAsia"/>
                <w:b/>
                <w:color w:val="FFFFFF"/>
                <w:sz w:val="19"/>
                <w:lang w:eastAsia="zh-CN"/>
              </w:rPr>
              <w:t>用户</w:t>
            </w:r>
            <w:proofErr w:type="spellStart"/>
            <w:r>
              <w:rPr>
                <w:b/>
                <w:color w:val="FFFFFF"/>
                <w:sz w:val="19"/>
              </w:rPr>
              <w:t>做什么</w:t>
            </w:r>
            <w:proofErr w:type="spellEnd"/>
          </w:p>
        </w:tc>
        <w:tc>
          <w:tcPr>
            <w:tcW w:w="2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F5597"/>
            <w:vAlign w:val="center"/>
          </w:tcPr>
          <w:p w14:paraId="5316B319" w14:textId="77777777" w:rsidR="009310AF" w:rsidRDefault="0099721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9"/>
              </w:rPr>
              <w:t>解决什么问题</w:t>
            </w:r>
          </w:p>
        </w:tc>
      </w:tr>
      <w:tr w:rsidR="009310AF" w14:paraId="559CA67C" w14:textId="77777777">
        <w:trPr>
          <w:jc w:val="center"/>
        </w:trPr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450806D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功能1</w:t>
            </w:r>
          </w:p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5BD7F9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794766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2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4B4C2A8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</w:tr>
      <w:tr w:rsidR="009310AF" w14:paraId="439D11DB" w14:textId="77777777">
        <w:trPr>
          <w:jc w:val="center"/>
        </w:trPr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FAFA"/>
            <w:vAlign w:val="center"/>
          </w:tcPr>
          <w:p w14:paraId="75ABBBD5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功能2</w:t>
            </w:r>
          </w:p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FAFA"/>
            <w:vAlign w:val="center"/>
          </w:tcPr>
          <w:p w14:paraId="5851E3F2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FAFA"/>
            <w:vAlign w:val="center"/>
          </w:tcPr>
          <w:p w14:paraId="58A2A7A2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2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FAFA"/>
            <w:vAlign w:val="center"/>
          </w:tcPr>
          <w:p w14:paraId="7305E131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</w:tr>
      <w:tr w:rsidR="009310AF" w14:paraId="7EBFE019" w14:textId="77777777">
        <w:trPr>
          <w:jc w:val="center"/>
        </w:trPr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C2DE8A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功能3</w:t>
            </w:r>
          </w:p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E0481E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03BADFF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2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8ED64C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</w:tr>
      <w:tr w:rsidR="009310AF" w14:paraId="16691DD3" w14:textId="77777777">
        <w:trPr>
          <w:jc w:val="center"/>
        </w:trPr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FAFA"/>
            <w:vAlign w:val="center"/>
          </w:tcPr>
          <w:p w14:paraId="22050BA8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功能4</w:t>
            </w:r>
          </w:p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FAFA"/>
            <w:vAlign w:val="center"/>
          </w:tcPr>
          <w:p w14:paraId="369CE727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FAFA"/>
            <w:vAlign w:val="center"/>
          </w:tcPr>
          <w:p w14:paraId="3C5C82B5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2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FAFA"/>
            <w:vAlign w:val="center"/>
          </w:tcPr>
          <w:p w14:paraId="440F34CB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</w:tr>
      <w:tr w:rsidR="009310AF" w14:paraId="4A7E948F" w14:textId="77777777">
        <w:trPr>
          <w:jc w:val="center"/>
        </w:trPr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A9E578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功能5</w:t>
            </w:r>
          </w:p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D500D0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8D0BB2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  <w:tc>
          <w:tcPr>
            <w:tcW w:w="2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06873A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18"/>
              </w:rPr>
              <w:t>____________________________</w:t>
            </w:r>
          </w:p>
        </w:tc>
      </w:tr>
    </w:tbl>
    <w:p w14:paraId="75161FA4" w14:textId="77777777" w:rsidR="009310AF" w:rsidRDefault="009310AF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9310AF" w14:paraId="6F718D93" w14:textId="77777777">
        <w:trPr>
          <w:jc w:val="center"/>
        </w:trPr>
        <w:tc>
          <w:tcPr>
            <w:tcW w:w="10206" w:type="dxa"/>
            <w:shd w:val="clear" w:color="auto" w:fill="2F5597"/>
          </w:tcPr>
          <w:p w14:paraId="6CC8D3C8" w14:textId="77777777" w:rsidR="009310AF" w:rsidRDefault="0099721A">
            <w:pPr>
              <w:spacing w:after="0"/>
              <w:rPr>
                <w:lang w:eastAsia="zh-CN"/>
              </w:rPr>
            </w:pPr>
            <w:r>
              <w:rPr>
                <w:b/>
                <w:color w:val="FFFFFF"/>
                <w:sz w:val="27"/>
                <w:lang w:eastAsia="zh-CN"/>
              </w:rPr>
              <w:t>第4关：第一版先做什么？</w:t>
            </w:r>
            <w:r>
              <w:rPr>
                <w:color w:val="FFFFFF"/>
                <w:sz w:val="19"/>
                <w:lang w:eastAsia="zh-CN"/>
              </w:rPr>
              <w:t xml:space="preserve">  只能先选1–2个最重要的功能</w:t>
            </w:r>
          </w:p>
        </w:tc>
      </w:tr>
    </w:tbl>
    <w:p w14:paraId="72512C39" w14:textId="77777777" w:rsidR="009310AF" w:rsidRDefault="009310AF">
      <w:pPr>
        <w:spacing w:after="0"/>
        <w:rPr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7540"/>
      </w:tblGrid>
      <w:tr w:rsidR="009310AF" w14:paraId="7D31A93C" w14:textId="77777777">
        <w:trPr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F1A6F3C" w14:textId="77777777" w:rsidR="009310AF" w:rsidRDefault="0099721A">
            <w:pPr>
              <w:spacing w:after="0" w:line="240" w:lineRule="auto"/>
            </w:pPr>
            <w:r>
              <w:rPr>
                <w:b/>
                <w:color w:val="2F5597"/>
                <w:sz w:val="20"/>
              </w:rPr>
              <w:t>第一版功能1</w:t>
            </w:r>
          </w:p>
        </w:tc>
        <w:tc>
          <w:tcPr>
            <w:tcW w:w="7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2A1343" w14:textId="77777777" w:rsidR="009310AF" w:rsidRDefault="0099721A">
            <w:pPr>
              <w:spacing w:after="0" w:line="240" w:lineRule="auto"/>
            </w:pPr>
            <w:r>
              <w:rPr>
                <w:color w:val="333333"/>
                <w:sz w:val="20"/>
              </w:rPr>
              <w:t>写功能名称</w:t>
            </w:r>
            <w:r>
              <w:rPr>
                <w:color w:val="333333"/>
                <w:sz w:val="20"/>
              </w:rPr>
              <w:br/>
            </w:r>
            <w:r>
              <w:rPr>
                <w:color w:val="333333"/>
                <w:sz w:val="20"/>
              </w:rPr>
              <w:br/>
            </w:r>
          </w:p>
        </w:tc>
      </w:tr>
      <w:tr w:rsidR="009310AF" w14:paraId="77C51797" w14:textId="77777777">
        <w:trPr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5364FF7" w14:textId="77777777" w:rsidR="009310AF" w:rsidRDefault="0099721A">
            <w:pPr>
              <w:spacing w:after="0" w:line="240" w:lineRule="auto"/>
            </w:pPr>
            <w:r>
              <w:rPr>
                <w:b/>
                <w:color w:val="2F5597"/>
                <w:sz w:val="20"/>
              </w:rPr>
              <w:t>第一版功能2</w:t>
            </w:r>
          </w:p>
        </w:tc>
        <w:tc>
          <w:tcPr>
            <w:tcW w:w="7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A6A999" w14:textId="77777777" w:rsidR="009310AF" w:rsidRDefault="0099721A">
            <w:pPr>
              <w:spacing w:after="0" w:line="240" w:lineRule="auto"/>
              <w:rPr>
                <w:lang w:eastAsia="zh-CN"/>
              </w:rPr>
            </w:pPr>
            <w:r>
              <w:rPr>
                <w:color w:val="333333"/>
                <w:sz w:val="20"/>
                <w:lang w:eastAsia="zh-CN"/>
              </w:rPr>
              <w:t>可只选1个，也可以选2个</w:t>
            </w:r>
            <w:r>
              <w:rPr>
                <w:color w:val="333333"/>
                <w:sz w:val="20"/>
                <w:lang w:eastAsia="zh-CN"/>
              </w:rPr>
              <w:br/>
            </w:r>
            <w:r>
              <w:rPr>
                <w:color w:val="333333"/>
                <w:sz w:val="20"/>
                <w:lang w:eastAsia="zh-CN"/>
              </w:rPr>
              <w:br/>
            </w:r>
          </w:p>
        </w:tc>
      </w:tr>
      <w:tr w:rsidR="009310AF" w14:paraId="4FE06157" w14:textId="77777777">
        <w:trPr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F26E0DB" w14:textId="77777777" w:rsidR="009310AF" w:rsidRDefault="0099721A">
            <w:pPr>
              <w:spacing w:after="0" w:line="240" w:lineRule="auto"/>
            </w:pPr>
            <w:proofErr w:type="spellStart"/>
            <w:r>
              <w:rPr>
                <w:b/>
                <w:color w:val="2F5597"/>
                <w:sz w:val="20"/>
              </w:rPr>
              <w:t>为什么先做</w:t>
            </w:r>
            <w:proofErr w:type="spellEnd"/>
            <w:r>
              <w:rPr>
                <w:b/>
                <w:color w:val="2F5597"/>
                <w:sz w:val="20"/>
              </w:rPr>
              <w:t>？</w:t>
            </w:r>
          </w:p>
        </w:tc>
        <w:tc>
          <w:tcPr>
            <w:tcW w:w="7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8D2C10" w14:textId="77777777" w:rsidR="009310AF" w:rsidRDefault="0099721A">
            <w:pPr>
              <w:spacing w:after="0" w:line="240" w:lineRule="auto"/>
              <w:rPr>
                <w:lang w:eastAsia="zh-CN"/>
              </w:rPr>
            </w:pPr>
            <w:r>
              <w:rPr>
                <w:color w:val="333333"/>
                <w:sz w:val="20"/>
                <w:lang w:eastAsia="zh-CN"/>
              </w:rPr>
              <w:t>如果没有它，产品还能不能解决最核心的问题？</w:t>
            </w:r>
            <w:r>
              <w:rPr>
                <w:color w:val="333333"/>
                <w:sz w:val="20"/>
                <w:lang w:eastAsia="zh-CN"/>
              </w:rPr>
              <w:br/>
            </w:r>
            <w:r>
              <w:rPr>
                <w:color w:val="333333"/>
                <w:sz w:val="20"/>
                <w:lang w:eastAsia="zh-CN"/>
              </w:rPr>
              <w:br/>
            </w:r>
          </w:p>
        </w:tc>
      </w:tr>
    </w:tbl>
    <w:p w14:paraId="6E032670" w14:textId="77777777" w:rsidR="009310AF" w:rsidRDefault="009310AF">
      <w:pPr>
        <w:spacing w:after="0"/>
        <w:rPr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9310AF" w14:paraId="6A4C47C8" w14:textId="77777777">
        <w:trPr>
          <w:jc w:val="center"/>
        </w:trPr>
        <w:tc>
          <w:tcPr>
            <w:tcW w:w="10206" w:type="dxa"/>
            <w:shd w:val="clear" w:color="auto" w:fill="2F5597"/>
          </w:tcPr>
          <w:p w14:paraId="09E67CBE" w14:textId="77777777" w:rsidR="009310AF" w:rsidRDefault="0099721A">
            <w:pPr>
              <w:spacing w:after="0"/>
              <w:rPr>
                <w:lang w:eastAsia="zh-CN"/>
              </w:rPr>
            </w:pPr>
            <w:r>
              <w:rPr>
                <w:b/>
                <w:color w:val="FFFFFF"/>
                <w:sz w:val="27"/>
                <w:lang w:eastAsia="zh-CN"/>
              </w:rPr>
              <w:t>最终成果：CEO</w:t>
            </w:r>
            <w:proofErr w:type="gramStart"/>
            <w:r>
              <w:rPr>
                <w:b/>
                <w:color w:val="FFFFFF"/>
                <w:sz w:val="27"/>
                <w:lang w:eastAsia="zh-CN"/>
              </w:rPr>
              <w:t>确认版</w:t>
            </w:r>
            <w:r>
              <w:rPr>
                <w:color w:val="FFFFFF"/>
                <w:sz w:val="19"/>
                <w:lang w:eastAsia="zh-CN"/>
              </w:rPr>
              <w:t xml:space="preserve">  确认无误后</w:t>
            </w:r>
            <w:proofErr w:type="gramEnd"/>
            <w:r>
              <w:rPr>
                <w:color w:val="FFFFFF"/>
                <w:sz w:val="19"/>
                <w:lang w:eastAsia="zh-CN"/>
              </w:rPr>
              <w:t>，这一页就是上传知识库前的最后检查</w:t>
            </w:r>
          </w:p>
        </w:tc>
      </w:tr>
    </w:tbl>
    <w:p w14:paraId="0B6ABDCB" w14:textId="77777777" w:rsidR="009310AF" w:rsidRDefault="009310AF">
      <w:pPr>
        <w:spacing w:after="0"/>
        <w:rPr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7540"/>
      </w:tblGrid>
      <w:tr w:rsidR="009310AF" w14:paraId="2B758E79" w14:textId="77777777">
        <w:trPr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8FFCB12" w14:textId="77777777" w:rsidR="009310AF" w:rsidRDefault="0099721A">
            <w:pPr>
              <w:spacing w:after="0" w:line="240" w:lineRule="auto"/>
            </w:pPr>
            <w:proofErr w:type="spellStart"/>
            <w:r>
              <w:rPr>
                <w:b/>
                <w:color w:val="2F5597"/>
                <w:sz w:val="20"/>
              </w:rPr>
              <w:t>一句话产品定位</w:t>
            </w:r>
            <w:proofErr w:type="spellEnd"/>
          </w:p>
        </w:tc>
        <w:tc>
          <w:tcPr>
            <w:tcW w:w="7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1E3F77" w14:textId="77777777" w:rsidR="009310AF" w:rsidRDefault="0099721A">
            <w:pPr>
              <w:spacing w:after="0" w:line="240" w:lineRule="auto"/>
              <w:rPr>
                <w:lang w:eastAsia="zh-CN"/>
              </w:rPr>
            </w:pPr>
            <w:r>
              <w:rPr>
                <w:color w:val="333333"/>
                <w:sz w:val="20"/>
                <w:lang w:eastAsia="zh-CN"/>
              </w:rPr>
              <w:t>这是一个帮谁、解决什么问题、有什么用的产品</w:t>
            </w:r>
            <w:r>
              <w:rPr>
                <w:color w:val="333333"/>
                <w:sz w:val="20"/>
                <w:lang w:eastAsia="zh-CN"/>
              </w:rPr>
              <w:br/>
            </w:r>
            <w:r>
              <w:rPr>
                <w:color w:val="333333"/>
                <w:sz w:val="20"/>
                <w:lang w:eastAsia="zh-CN"/>
              </w:rPr>
              <w:br/>
            </w:r>
          </w:p>
        </w:tc>
      </w:tr>
      <w:tr w:rsidR="009310AF" w14:paraId="281E1C38" w14:textId="77777777">
        <w:trPr>
          <w:jc w:val="center"/>
        </w:trPr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57E7946B" w14:textId="77777777" w:rsidR="009310AF" w:rsidRDefault="0099721A">
            <w:pPr>
              <w:spacing w:after="0" w:line="240" w:lineRule="auto"/>
            </w:pPr>
            <w:proofErr w:type="spellStart"/>
            <w:r>
              <w:rPr>
                <w:b/>
                <w:color w:val="2F5597"/>
                <w:sz w:val="20"/>
              </w:rPr>
              <w:t>后面还可以加什么</w:t>
            </w:r>
            <w:proofErr w:type="spellEnd"/>
            <w:r>
              <w:rPr>
                <w:b/>
                <w:color w:val="2F5597"/>
                <w:sz w:val="20"/>
              </w:rPr>
              <w:t>？</w:t>
            </w:r>
          </w:p>
        </w:tc>
        <w:tc>
          <w:tcPr>
            <w:tcW w:w="7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A35AC41" w14:textId="77777777" w:rsidR="009310AF" w:rsidRDefault="0099721A">
            <w:pPr>
              <w:spacing w:after="0" w:line="240" w:lineRule="auto"/>
              <w:rPr>
                <w:lang w:eastAsia="zh-CN"/>
              </w:rPr>
            </w:pPr>
            <w:r>
              <w:rPr>
                <w:color w:val="333333"/>
                <w:sz w:val="20"/>
                <w:lang w:eastAsia="zh-CN"/>
              </w:rPr>
              <w:t>写2–3个第一版之后再考虑的功能</w:t>
            </w:r>
            <w:r>
              <w:rPr>
                <w:color w:val="333333"/>
                <w:sz w:val="20"/>
                <w:lang w:eastAsia="zh-CN"/>
              </w:rPr>
              <w:br/>
            </w:r>
            <w:r>
              <w:rPr>
                <w:color w:val="333333"/>
                <w:sz w:val="20"/>
                <w:lang w:eastAsia="zh-CN"/>
              </w:rPr>
              <w:br/>
            </w:r>
          </w:p>
        </w:tc>
      </w:tr>
    </w:tbl>
    <w:p w14:paraId="262D6BAF" w14:textId="77777777" w:rsidR="009310AF" w:rsidRDefault="009310AF">
      <w:pPr>
        <w:spacing w:after="0"/>
        <w:rPr>
          <w:lang w:eastAsia="zh-CN"/>
        </w:rPr>
      </w:pPr>
    </w:p>
    <w:p w14:paraId="3788DC29" w14:textId="77777777" w:rsidR="009310AF" w:rsidRDefault="0099721A">
      <w:pPr>
        <w:spacing w:after="40"/>
        <w:rPr>
          <w:lang w:eastAsia="zh-CN"/>
        </w:rPr>
      </w:pPr>
      <w:r>
        <w:rPr>
          <w:b/>
          <w:color w:val="2F5597"/>
          <w:sz w:val="22"/>
          <w:lang w:eastAsia="zh-CN"/>
        </w:rPr>
        <w:t>《AI产品设计方案》最终确认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6"/>
      </w:tblGrid>
      <w:tr w:rsidR="009310AF" w14:paraId="0AB84A94" w14:textId="77777777">
        <w:trPr>
          <w:jc w:val="center"/>
        </w:trPr>
        <w:tc>
          <w:tcPr>
            <w:tcW w:w="102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FAFA"/>
            <w:vAlign w:val="center"/>
          </w:tcPr>
          <w:p w14:paraId="1872E498" w14:textId="77777777" w:rsidR="009310AF" w:rsidRDefault="0099721A">
            <w:pPr>
              <w:spacing w:after="0" w:line="240" w:lineRule="auto"/>
              <w:rPr>
                <w:lang w:eastAsia="zh-CN"/>
              </w:rPr>
            </w:pPr>
            <w:r>
              <w:rPr>
                <w:color w:val="333333"/>
                <w:sz w:val="18"/>
                <w:lang w:eastAsia="zh-CN"/>
              </w:rPr>
              <w:t>把小龙虾生成并经过CEO确认的最终方案粘贴在这里。</w:t>
            </w:r>
            <w:r>
              <w:rPr>
                <w:color w:val="333333"/>
                <w:sz w:val="18"/>
                <w:lang w:eastAsia="zh-CN"/>
              </w:rPr>
              <w:br/>
            </w:r>
            <w:r>
              <w:rPr>
                <w:color w:val="333333"/>
                <w:sz w:val="18"/>
                <w:lang w:eastAsia="zh-CN"/>
              </w:rPr>
              <w:br/>
              <w:t>1</w:t>
            </w:r>
            <w:proofErr w:type="gramStart"/>
            <w:r>
              <w:rPr>
                <w:color w:val="333333"/>
                <w:sz w:val="18"/>
                <w:lang w:eastAsia="zh-CN"/>
              </w:rPr>
              <w:t>. 用户</w:t>
            </w:r>
            <w:proofErr w:type="gramEnd"/>
            <w:r>
              <w:rPr>
                <w:color w:val="333333"/>
                <w:sz w:val="18"/>
                <w:lang w:eastAsia="zh-CN"/>
              </w:rPr>
              <w:t>画像：</w:t>
            </w:r>
            <w:r>
              <w:rPr>
                <w:color w:val="333333"/>
                <w:sz w:val="18"/>
                <w:lang w:eastAsia="zh-CN"/>
              </w:rPr>
              <w:br/>
            </w:r>
            <w:r>
              <w:rPr>
                <w:color w:val="333333"/>
                <w:sz w:val="18"/>
                <w:lang w:eastAsia="zh-CN"/>
              </w:rPr>
              <w:br/>
              <w:t>2. 使用过程：</w:t>
            </w:r>
            <w:r>
              <w:rPr>
                <w:color w:val="333333"/>
                <w:sz w:val="18"/>
                <w:lang w:eastAsia="zh-CN"/>
              </w:rPr>
              <w:br/>
            </w:r>
            <w:r>
              <w:rPr>
                <w:color w:val="333333"/>
                <w:sz w:val="18"/>
                <w:lang w:eastAsia="zh-CN"/>
              </w:rPr>
              <w:br/>
              <w:t>3. 核心功能：</w:t>
            </w:r>
            <w:r>
              <w:rPr>
                <w:color w:val="333333"/>
                <w:sz w:val="18"/>
                <w:lang w:eastAsia="zh-CN"/>
              </w:rPr>
              <w:br/>
            </w:r>
            <w:r>
              <w:rPr>
                <w:color w:val="333333"/>
                <w:sz w:val="18"/>
                <w:lang w:eastAsia="zh-CN"/>
              </w:rPr>
              <w:br/>
              <w:t>4. 第一版必须做：</w:t>
            </w:r>
            <w:r>
              <w:rPr>
                <w:color w:val="333333"/>
                <w:sz w:val="18"/>
                <w:lang w:eastAsia="zh-CN"/>
              </w:rPr>
              <w:br/>
            </w:r>
            <w:r>
              <w:rPr>
                <w:color w:val="333333"/>
                <w:sz w:val="18"/>
                <w:lang w:eastAsia="zh-CN"/>
              </w:rPr>
              <w:br/>
              <w:t>5. 后续功能：</w:t>
            </w:r>
          </w:p>
        </w:tc>
      </w:tr>
    </w:tbl>
    <w:p w14:paraId="3AFA71A9" w14:textId="77777777" w:rsidR="0099721A" w:rsidRPr="00CE57A6" w:rsidRDefault="0099721A">
      <w:pPr>
        <w:rPr>
          <w:rFonts w:eastAsia="宋体" w:hint="eastAsia"/>
          <w:lang w:eastAsia="zh-CN"/>
        </w:rPr>
      </w:pPr>
    </w:p>
    <w:sectPr w:rsidR="0099721A" w:rsidRPr="00CE57A6" w:rsidSect="00034616">
      <w:footerReference w:type="default" r:id="rId8"/>
      <w:pgSz w:w="11906" w:h="16838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625DE" w14:textId="77777777" w:rsidR="00321E7C" w:rsidRDefault="00321E7C">
      <w:pPr>
        <w:spacing w:after="0" w:line="240" w:lineRule="auto"/>
      </w:pPr>
      <w:r>
        <w:separator/>
      </w:r>
    </w:p>
  </w:endnote>
  <w:endnote w:type="continuationSeparator" w:id="0">
    <w:p w14:paraId="257DFF83" w14:textId="77777777" w:rsidR="00321E7C" w:rsidRDefault="0032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B573" w14:textId="77777777" w:rsidR="009310AF" w:rsidRDefault="0099721A">
    <w:pPr>
      <w:pStyle w:val="a7"/>
      <w:jc w:val="center"/>
      <w:rPr>
        <w:lang w:eastAsia="zh-CN"/>
      </w:rPr>
    </w:pPr>
    <w:r>
      <w:rPr>
        <w:color w:val="777777"/>
        <w:sz w:val="16"/>
        <w:lang w:eastAsia="zh-CN"/>
      </w:rPr>
      <w:t xml:space="preserve">AI创业营 </w:t>
    </w:r>
    <w:proofErr w:type="gramStart"/>
    <w:r>
      <w:rPr>
        <w:color w:val="777777"/>
        <w:sz w:val="16"/>
        <w:lang w:eastAsia="zh-CN"/>
      </w:rPr>
      <w:t xml:space="preserve">· Day2 </w:t>
    </w:r>
    <w:proofErr w:type="gramEnd"/>
    <w:r>
      <w:rPr>
        <w:color w:val="777777"/>
        <w:sz w:val="16"/>
        <w:lang w:eastAsia="zh-CN"/>
      </w:rPr>
      <w:t>上午 · AI产品经理任务单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26A09" w14:textId="77777777" w:rsidR="00321E7C" w:rsidRDefault="00321E7C">
      <w:pPr>
        <w:spacing w:after="0" w:line="240" w:lineRule="auto"/>
      </w:pPr>
      <w:r>
        <w:separator/>
      </w:r>
    </w:p>
  </w:footnote>
  <w:footnote w:type="continuationSeparator" w:id="0">
    <w:p w14:paraId="63CED769" w14:textId="77777777" w:rsidR="00321E7C" w:rsidRDefault="00321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6090104">
    <w:abstractNumId w:val="8"/>
  </w:num>
  <w:num w:numId="2" w16cid:durableId="305013724">
    <w:abstractNumId w:val="6"/>
  </w:num>
  <w:num w:numId="3" w16cid:durableId="1623461196">
    <w:abstractNumId w:val="5"/>
  </w:num>
  <w:num w:numId="4" w16cid:durableId="1356227732">
    <w:abstractNumId w:val="4"/>
  </w:num>
  <w:num w:numId="5" w16cid:durableId="1147430608">
    <w:abstractNumId w:val="7"/>
  </w:num>
  <w:num w:numId="6" w16cid:durableId="693111343">
    <w:abstractNumId w:val="3"/>
  </w:num>
  <w:num w:numId="7" w16cid:durableId="650645039">
    <w:abstractNumId w:val="2"/>
  </w:num>
  <w:num w:numId="8" w16cid:durableId="914897098">
    <w:abstractNumId w:val="1"/>
  </w:num>
  <w:num w:numId="9" w16cid:durableId="59998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1E7C"/>
    <w:rsid w:val="00326F90"/>
    <w:rsid w:val="00863A56"/>
    <w:rsid w:val="009310AF"/>
    <w:rsid w:val="0099721A"/>
    <w:rsid w:val="00A63868"/>
    <w:rsid w:val="00AA1D8D"/>
    <w:rsid w:val="00B47730"/>
    <w:rsid w:val="00CB0664"/>
    <w:rsid w:val="00CE57A6"/>
    <w:rsid w:val="00D970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678CD5CB-DB9E-4782-A107-864AF146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SC" w:eastAsia="Noto Sans CJK SC" w:hAnsi="Noto Sans CJK S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长永 齐</cp:lastModifiedBy>
  <cp:revision>3</cp:revision>
  <dcterms:created xsi:type="dcterms:W3CDTF">2013-12-23T23:15:00Z</dcterms:created>
  <dcterms:modified xsi:type="dcterms:W3CDTF">2026-08-09T09:05:00Z</dcterms:modified>
  <cp:category/>
</cp:coreProperties>
</file>