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96"/>
      </w:tblGrid>
      <w:tr w:rsidR="006C4C79" w14:paraId="2931B83A" w14:textId="77777777">
        <w:trPr>
          <w:jc w:val="center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53C5C1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AD3C4CC" w14:textId="77777777" w:rsidR="006C4C79" w:rsidRDefault="00F9347C">
            <w:pPr>
              <w:spacing w:after="0"/>
              <w:rPr>
                <w:lang w:eastAsia="zh-CN"/>
              </w:rPr>
            </w:pPr>
            <w:r>
              <w:rPr>
                <w:b/>
                <w:color w:val="FFFFFF"/>
                <w:sz w:val="44"/>
                <w:lang w:eastAsia="zh-CN"/>
              </w:rPr>
              <w:t xml:space="preserve">DAY2 </w:t>
            </w:r>
            <w:r>
              <w:rPr>
                <w:b/>
                <w:color w:val="FFFFFF"/>
                <w:sz w:val="44"/>
                <w:lang w:eastAsia="zh-CN"/>
              </w:rPr>
              <w:t>产品侦探任务</w:t>
            </w:r>
            <w:proofErr w:type="gramStart"/>
            <w:r>
              <w:rPr>
                <w:b/>
                <w:color w:val="FFFFFF"/>
                <w:sz w:val="44"/>
                <w:lang w:eastAsia="zh-CN"/>
              </w:rPr>
              <w:t>单</w:t>
            </w:r>
            <w:r>
              <w:rPr>
                <w:b/>
                <w:color w:val="FFFFFF"/>
                <w:sz w:val="44"/>
                <w:lang w:eastAsia="zh-CN"/>
              </w:rPr>
              <w:t xml:space="preserve"> 03</w:t>
            </w:r>
            <w:r>
              <w:rPr>
                <w:b/>
                <w:color w:val="FFFFFF"/>
                <w:sz w:val="44"/>
                <w:lang w:eastAsia="zh-CN"/>
              </w:rPr>
              <w:t>｜</w:t>
            </w:r>
            <w:proofErr w:type="gramEnd"/>
            <w:r>
              <w:rPr>
                <w:b/>
                <w:color w:val="FFFFFF"/>
                <w:sz w:val="44"/>
                <w:lang w:eastAsia="zh-CN"/>
              </w:rPr>
              <w:t>竞品结论记录表</w:t>
            </w:r>
          </w:p>
        </w:tc>
      </w:tr>
    </w:tbl>
    <w:p w14:paraId="7375551F" w14:textId="77777777" w:rsidR="006C4C79" w:rsidRDefault="00F9347C">
      <w:pPr>
        <w:spacing w:before="80" w:after="160"/>
        <w:rPr>
          <w:lang w:eastAsia="zh-CN"/>
        </w:rPr>
      </w:pPr>
      <w:r>
        <w:rPr>
          <w:color w:val="25364D"/>
          <w:lang w:eastAsia="zh-CN"/>
        </w:rPr>
        <w:t>任务目标：看看别人怎么解决同样的问题。不是抄别人，而是学习</w:t>
      </w:r>
      <w:r>
        <w:rPr>
          <w:color w:val="25364D"/>
          <w:lang w:eastAsia="zh-CN"/>
        </w:rPr>
        <w:t>“</w:t>
      </w:r>
      <w:r>
        <w:rPr>
          <w:color w:val="25364D"/>
          <w:lang w:eastAsia="zh-CN"/>
        </w:rPr>
        <w:t>哪里好、哪里还不够</w:t>
      </w:r>
      <w:r>
        <w:rPr>
          <w:color w:val="25364D"/>
          <w:lang w:eastAsia="zh-CN"/>
        </w:rPr>
        <w:t>”</w:t>
      </w:r>
      <w:r>
        <w:rPr>
          <w:color w:val="25364D"/>
          <w:lang w:eastAsia="zh-CN"/>
        </w:rPr>
        <w:t>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2381"/>
        <w:gridCol w:w="1360"/>
        <w:gridCol w:w="3231"/>
      </w:tblGrid>
      <w:tr w:rsidR="006C4C79" w14:paraId="44689639" w14:textId="77777777">
        <w:trPr>
          <w:jc w:val="center"/>
        </w:trPr>
        <w:tc>
          <w:tcPr>
            <w:tcW w:w="170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4F6E1C" w14:textId="77777777" w:rsidR="006C4C79" w:rsidRDefault="00F9347C">
            <w:pPr>
              <w:spacing w:after="0"/>
              <w:jc w:val="center"/>
            </w:pPr>
            <w:r>
              <w:rPr>
                <w:b/>
                <w:color w:val="25364D"/>
                <w:sz w:val="20"/>
              </w:rPr>
              <w:t>公司</w:t>
            </w:r>
            <w:r>
              <w:rPr>
                <w:b/>
                <w:color w:val="25364D"/>
                <w:sz w:val="20"/>
              </w:rPr>
              <w:t>/</w:t>
            </w:r>
            <w:r>
              <w:rPr>
                <w:b/>
                <w:color w:val="25364D"/>
                <w:sz w:val="20"/>
              </w:rPr>
              <w:t>产品名称</w:t>
            </w:r>
          </w:p>
        </w:tc>
        <w:tc>
          <w:tcPr>
            <w:tcW w:w="238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401F15" w14:textId="77777777" w:rsidR="006C4C79" w:rsidRDefault="00F9347C">
            <w:pPr>
              <w:spacing w:after="0"/>
              <w:jc w:val="center"/>
            </w:pPr>
            <w:r>
              <w:rPr>
                <w:b/>
                <w:color w:val="25364D"/>
                <w:sz w:val="20"/>
              </w:rPr>
              <w:t>小组或</w:t>
            </w:r>
            <w:r>
              <w:rPr>
                <w:b/>
                <w:color w:val="25364D"/>
                <w:sz w:val="20"/>
              </w:rPr>
              <w:t>CEO</w:t>
            </w:r>
          </w:p>
        </w:tc>
        <w:tc>
          <w:tcPr>
            <w:tcW w:w="136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F54CA8" w14:textId="77777777" w:rsidR="006C4C79" w:rsidRDefault="00F9347C">
            <w:pPr>
              <w:spacing w:after="0"/>
              <w:jc w:val="center"/>
            </w:pPr>
            <w:r>
              <w:rPr>
                <w:b/>
                <w:color w:val="25364D"/>
                <w:sz w:val="20"/>
              </w:rPr>
              <w:t>产品方向</w:t>
            </w:r>
          </w:p>
        </w:tc>
        <w:tc>
          <w:tcPr>
            <w:tcW w:w="323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8AB5AD" w14:textId="77777777" w:rsidR="006C4C79" w:rsidRDefault="00F9347C">
            <w:pPr>
              <w:spacing w:after="0"/>
              <w:jc w:val="center"/>
            </w:pPr>
            <w:r>
              <w:rPr>
                <w:b/>
                <w:color w:val="25364D"/>
                <w:sz w:val="20"/>
              </w:rPr>
              <w:t>日期</w:t>
            </w:r>
          </w:p>
        </w:tc>
      </w:tr>
      <w:tr w:rsidR="006C4C79" w14:paraId="2B2ED0A1" w14:textId="77777777">
        <w:trPr>
          <w:trHeight w:val="482"/>
          <w:jc w:val="center"/>
        </w:trPr>
        <w:tc>
          <w:tcPr>
            <w:tcW w:w="170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57E384" w14:textId="77777777" w:rsidR="006C4C79" w:rsidRDefault="00F9347C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  <w:tc>
          <w:tcPr>
            <w:tcW w:w="238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044D9" w14:textId="77777777" w:rsidR="006C4C79" w:rsidRDefault="00F9347C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  <w:tc>
          <w:tcPr>
            <w:tcW w:w="1360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1E2972" w14:textId="77777777" w:rsidR="006C4C79" w:rsidRDefault="00F9347C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28FAEA" w14:textId="77777777" w:rsidR="006C4C79" w:rsidRDefault="00F9347C">
            <w:pPr>
              <w:spacing w:after="0"/>
            </w:pPr>
            <w:r>
              <w:rPr>
                <w:color w:val="25364D"/>
              </w:rPr>
              <w:t xml:space="preserve"> </w:t>
            </w:r>
          </w:p>
        </w:tc>
      </w:tr>
    </w:tbl>
    <w:p w14:paraId="3E06805D" w14:textId="77777777" w:rsidR="006C4C79" w:rsidRDefault="006C4C79">
      <w:pPr>
        <w:spacing w:after="0"/>
      </w:pPr>
    </w:p>
    <w:p w14:paraId="1A773B64" w14:textId="77777777" w:rsidR="006C4C79" w:rsidRDefault="00F9347C">
      <w:pPr>
        <w:spacing w:before="40" w:after="80"/>
        <w:rPr>
          <w:lang w:eastAsia="zh-CN"/>
        </w:rPr>
      </w:pPr>
      <w:r>
        <w:rPr>
          <w:b/>
          <w:color w:val="53C5C1"/>
          <w:sz w:val="30"/>
          <w:lang w:eastAsia="zh-CN"/>
        </w:rPr>
        <w:t xml:space="preserve">①  AI </w:t>
      </w:r>
      <w:r>
        <w:rPr>
          <w:b/>
          <w:color w:val="53C5C1"/>
          <w:sz w:val="30"/>
          <w:lang w:eastAsia="zh-CN"/>
        </w:rPr>
        <w:t>搜一搜：找</w:t>
      </w:r>
      <w:r>
        <w:rPr>
          <w:b/>
          <w:color w:val="53C5C1"/>
          <w:sz w:val="30"/>
          <w:lang w:eastAsia="zh-CN"/>
        </w:rPr>
        <w:t xml:space="preserve"> 3 </w:t>
      </w:r>
      <w:r>
        <w:rPr>
          <w:b/>
          <w:color w:val="53C5C1"/>
          <w:sz w:val="30"/>
          <w:lang w:eastAsia="zh-CN"/>
        </w:rPr>
        <w:t>款同类产品</w:t>
      </w:r>
      <w:r>
        <w:rPr>
          <w:color w:val="667085"/>
          <w:sz w:val="20"/>
          <w:lang w:eastAsia="zh-CN"/>
        </w:rPr>
        <w:t xml:space="preserve">  </w:t>
      </w:r>
      <w:r>
        <w:rPr>
          <w:color w:val="667085"/>
          <w:sz w:val="20"/>
          <w:lang w:eastAsia="zh-CN"/>
        </w:rPr>
        <w:t>每款只抓最重要的优点和不足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49"/>
        <w:gridCol w:w="2649"/>
        <w:gridCol w:w="2649"/>
        <w:gridCol w:w="2649"/>
      </w:tblGrid>
      <w:tr w:rsidR="006C4C79" w14:paraId="54FD5FCC" w14:textId="77777777">
        <w:tc>
          <w:tcPr>
            <w:tcW w:w="1814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7F7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2E295E" w14:textId="77777777" w:rsidR="006C4C79" w:rsidRDefault="00F9347C">
            <w:pPr>
              <w:spacing w:after="0"/>
              <w:jc w:val="center"/>
            </w:pPr>
            <w:r>
              <w:rPr>
                <w:b/>
                <w:color w:val="25364D"/>
                <w:sz w:val="19"/>
              </w:rPr>
              <w:t>同类产品</w:t>
            </w:r>
          </w:p>
        </w:tc>
        <w:tc>
          <w:tcPr>
            <w:tcW w:w="238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7F7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F5E445" w14:textId="77777777" w:rsidR="006C4C79" w:rsidRDefault="00F9347C">
            <w:pPr>
              <w:spacing w:after="0"/>
              <w:jc w:val="center"/>
            </w:pPr>
            <w:r>
              <w:rPr>
                <w:b/>
                <w:color w:val="25364D"/>
                <w:sz w:val="19"/>
              </w:rPr>
              <w:t>最方便的一点</w:t>
            </w:r>
          </w:p>
        </w:tc>
        <w:tc>
          <w:tcPr>
            <w:tcW w:w="238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7F7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432546" w14:textId="77777777" w:rsidR="006C4C79" w:rsidRDefault="00F9347C">
            <w:pPr>
              <w:spacing w:after="0"/>
              <w:jc w:val="center"/>
            </w:pPr>
            <w:r>
              <w:rPr>
                <w:b/>
                <w:color w:val="25364D"/>
                <w:sz w:val="19"/>
              </w:rPr>
              <w:t>最不方便的一点</w:t>
            </w:r>
          </w:p>
        </w:tc>
        <w:tc>
          <w:tcPr>
            <w:tcW w:w="2211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7F7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F9D215" w14:textId="77777777" w:rsidR="006C4C79" w:rsidRDefault="00F9347C">
            <w:pPr>
              <w:spacing w:after="0"/>
              <w:jc w:val="center"/>
            </w:pPr>
            <w:r>
              <w:rPr>
                <w:b/>
                <w:color w:val="25364D"/>
                <w:sz w:val="19"/>
              </w:rPr>
              <w:t>我们能学到什么？</w:t>
            </w:r>
          </w:p>
        </w:tc>
      </w:tr>
      <w:tr w:rsidR="006C4C79" w14:paraId="3C66FB38" w14:textId="77777777">
        <w:trPr>
          <w:trHeight w:val="879"/>
        </w:trPr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50EBBB" w14:textId="77777777" w:rsidR="006C4C79" w:rsidRDefault="00F9347C">
            <w:pPr>
              <w:spacing w:after="0"/>
            </w:pPr>
            <w:r>
              <w:rPr>
                <w:b/>
                <w:color w:val="25364D"/>
                <w:sz w:val="20"/>
              </w:rPr>
              <w:t>产品</w:t>
            </w:r>
            <w:r>
              <w:rPr>
                <w:b/>
                <w:color w:val="25364D"/>
                <w:sz w:val="20"/>
              </w:rPr>
              <w:t xml:space="preserve"> 1</w:t>
            </w:r>
            <w:r>
              <w:rPr>
                <w:b/>
                <w:color w:val="25364D"/>
                <w:sz w:val="20"/>
              </w:rPr>
              <w:t>：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701783" w14:textId="77777777" w:rsidR="006C4C79" w:rsidRDefault="00F9347C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42C75E" w14:textId="77777777" w:rsidR="006C4C79" w:rsidRDefault="00F9347C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E745A0" w14:textId="77777777" w:rsidR="006C4C79" w:rsidRDefault="00F9347C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</w:tr>
      <w:tr w:rsidR="006C4C79" w14:paraId="2E48F0E3" w14:textId="77777777">
        <w:trPr>
          <w:trHeight w:val="879"/>
        </w:trPr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C062FE" w14:textId="77777777" w:rsidR="006C4C79" w:rsidRDefault="00F9347C">
            <w:pPr>
              <w:spacing w:after="0"/>
            </w:pPr>
            <w:r>
              <w:rPr>
                <w:b/>
                <w:color w:val="25364D"/>
                <w:sz w:val="20"/>
              </w:rPr>
              <w:t>产品</w:t>
            </w:r>
            <w:r>
              <w:rPr>
                <w:b/>
                <w:color w:val="25364D"/>
                <w:sz w:val="20"/>
              </w:rPr>
              <w:t xml:space="preserve"> 2</w:t>
            </w:r>
            <w:r>
              <w:rPr>
                <w:b/>
                <w:color w:val="25364D"/>
                <w:sz w:val="20"/>
              </w:rPr>
              <w:t>：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A28755" w14:textId="77777777" w:rsidR="006C4C79" w:rsidRDefault="00F9347C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2EB8A6" w14:textId="77777777" w:rsidR="006C4C79" w:rsidRDefault="00F9347C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6E79F1" w14:textId="77777777" w:rsidR="006C4C79" w:rsidRDefault="00F9347C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</w:tr>
      <w:tr w:rsidR="006C4C79" w14:paraId="4C67EBF9" w14:textId="77777777">
        <w:trPr>
          <w:trHeight w:val="879"/>
        </w:trPr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4E023E" w14:textId="77777777" w:rsidR="006C4C79" w:rsidRDefault="00F9347C">
            <w:pPr>
              <w:spacing w:after="0"/>
            </w:pPr>
            <w:r>
              <w:rPr>
                <w:b/>
                <w:color w:val="25364D"/>
                <w:sz w:val="20"/>
              </w:rPr>
              <w:t>产品</w:t>
            </w:r>
            <w:r>
              <w:rPr>
                <w:b/>
                <w:color w:val="25364D"/>
                <w:sz w:val="20"/>
              </w:rPr>
              <w:t xml:space="preserve"> 3</w:t>
            </w:r>
            <w:r>
              <w:rPr>
                <w:b/>
                <w:color w:val="25364D"/>
                <w:sz w:val="20"/>
              </w:rPr>
              <w:t>：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B8CCD5" w14:textId="77777777" w:rsidR="006C4C79" w:rsidRDefault="00F9347C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96C5B9" w14:textId="77777777" w:rsidR="006C4C79" w:rsidRDefault="00F9347C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  <w:tc>
          <w:tcPr>
            <w:tcW w:w="2649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2C027A" w14:textId="77777777" w:rsidR="006C4C79" w:rsidRDefault="00F9347C">
            <w:pPr>
              <w:spacing w:after="0"/>
            </w:pPr>
            <w:r>
              <w:rPr>
                <w:color w:val="25364D"/>
                <w:sz w:val="20"/>
              </w:rPr>
              <w:t xml:space="preserve"> </w:t>
            </w:r>
          </w:p>
        </w:tc>
      </w:tr>
    </w:tbl>
    <w:p w14:paraId="49D47E5B" w14:textId="77777777" w:rsidR="006C4C79" w:rsidRDefault="00F9347C">
      <w:pPr>
        <w:spacing w:before="40" w:after="80"/>
        <w:rPr>
          <w:lang w:eastAsia="zh-CN"/>
        </w:rPr>
      </w:pPr>
      <w:r>
        <w:rPr>
          <w:b/>
          <w:color w:val="53C5C1"/>
          <w:sz w:val="30"/>
          <w:lang w:eastAsia="zh-CN"/>
        </w:rPr>
        <w:t xml:space="preserve">②  </w:t>
      </w:r>
      <w:r>
        <w:rPr>
          <w:b/>
          <w:color w:val="53C5C1"/>
          <w:sz w:val="30"/>
          <w:lang w:eastAsia="zh-CN"/>
        </w:rPr>
        <w:t>找机会：我们最想做得不一样的一点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596"/>
      </w:tblGrid>
      <w:tr w:rsidR="006C4C79" w14:paraId="3E9D1182" w14:textId="77777777">
        <w:tc>
          <w:tcPr>
            <w:tcW w:w="10596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7F7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004D29" w14:textId="77777777" w:rsidR="006C4C79" w:rsidRDefault="00F9347C">
            <w:pPr>
              <w:spacing w:after="0"/>
              <w:rPr>
                <w:lang w:eastAsia="zh-CN"/>
              </w:rPr>
            </w:pPr>
            <w:r>
              <w:rPr>
                <w:b/>
                <w:color w:val="25364D"/>
                <w:sz w:val="20"/>
                <w:lang w:eastAsia="zh-CN"/>
              </w:rPr>
              <w:t>先想：三个产品都有哪里不方便？我们的产品能不能把其中一个地方做得更简单？</w:t>
            </w:r>
          </w:p>
        </w:tc>
      </w:tr>
      <w:tr w:rsidR="006C4C79" w14:paraId="11DE05BF" w14:textId="77777777">
        <w:trPr>
          <w:trHeight w:val="709"/>
        </w:trPr>
        <w:tc>
          <w:tcPr>
            <w:tcW w:w="10596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B58C8F" w14:textId="77777777" w:rsidR="006C4C79" w:rsidRDefault="00F9347C">
            <w:pPr>
              <w:spacing w:after="0"/>
              <w:rPr>
                <w:lang w:eastAsia="zh-CN"/>
              </w:rPr>
            </w:pPr>
            <w:r>
              <w:rPr>
                <w:b/>
                <w:color w:val="25364D"/>
                <w:lang w:eastAsia="zh-CN"/>
              </w:rPr>
              <w:t>我们最想做得不一样的是：</w:t>
            </w:r>
          </w:p>
        </w:tc>
      </w:tr>
      <w:tr w:rsidR="006C4C79" w14:paraId="4714EA52" w14:textId="77777777">
        <w:trPr>
          <w:trHeight w:val="709"/>
        </w:trPr>
        <w:tc>
          <w:tcPr>
            <w:tcW w:w="10596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8F21EB" w14:textId="77777777" w:rsidR="006C4C79" w:rsidRDefault="00F9347C">
            <w:pPr>
              <w:spacing w:after="0"/>
              <w:rPr>
                <w:lang w:eastAsia="zh-CN"/>
              </w:rPr>
            </w:pPr>
            <w:r>
              <w:rPr>
                <w:b/>
                <w:color w:val="25364D"/>
                <w:lang w:eastAsia="zh-CN"/>
              </w:rPr>
              <w:t>因为这样可以帮助用户：</w:t>
            </w:r>
          </w:p>
        </w:tc>
      </w:tr>
    </w:tbl>
    <w:p w14:paraId="086E1D3D" w14:textId="77777777" w:rsidR="006C4C79" w:rsidRDefault="00F9347C">
      <w:pPr>
        <w:spacing w:before="40" w:after="80"/>
      </w:pPr>
      <w:r>
        <w:rPr>
          <w:b/>
          <w:color w:val="53C5C1"/>
          <w:sz w:val="30"/>
        </w:rPr>
        <w:t xml:space="preserve">③  </w:t>
      </w:r>
      <w:r>
        <w:rPr>
          <w:b/>
          <w:color w:val="53C5C1"/>
          <w:sz w:val="30"/>
        </w:rPr>
        <w:t>竞品结论一句话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596"/>
      </w:tblGrid>
      <w:tr w:rsidR="006C4C79" w14:paraId="3F68A188" w14:textId="77777777">
        <w:tc>
          <w:tcPr>
            <w:tcW w:w="10596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shd w:val="clear" w:color="auto" w:fill="E7F7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6471A6" w14:textId="77777777" w:rsidR="006C4C79" w:rsidRDefault="00F9347C">
            <w:pPr>
              <w:spacing w:after="0"/>
              <w:rPr>
                <w:lang w:eastAsia="zh-CN"/>
              </w:rPr>
            </w:pPr>
            <w:r>
              <w:rPr>
                <w:b/>
                <w:color w:val="25364D"/>
                <w:sz w:val="20"/>
                <w:lang w:eastAsia="zh-CN"/>
              </w:rPr>
              <w:t>句式：现在的同类产品已经能【　　　　　　　　　】，但还有【　　　　　　　　　】的问题，所以我们想重点做好【　　　　　　　　　】。</w:t>
            </w:r>
          </w:p>
        </w:tc>
      </w:tr>
      <w:tr w:rsidR="006C4C79" w14:paraId="09A694D1" w14:textId="77777777">
        <w:trPr>
          <w:trHeight w:val="879"/>
        </w:trPr>
        <w:tc>
          <w:tcPr>
            <w:tcW w:w="10596" w:type="dxa"/>
            <w:tcBorders>
              <w:top w:val="single" w:sz="6" w:space="0" w:color="D9DEE7"/>
              <w:left w:val="single" w:sz="6" w:space="0" w:color="D9DEE7"/>
              <w:bottom w:val="single" w:sz="6" w:space="0" w:color="D9DEE7"/>
              <w:right w:val="single" w:sz="6" w:space="0" w:color="D9DEE7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09A909" w14:textId="77777777" w:rsidR="006C4C79" w:rsidRDefault="00F9347C">
            <w:pPr>
              <w:spacing w:after="0"/>
              <w:rPr>
                <w:lang w:eastAsia="zh-CN"/>
              </w:rPr>
            </w:pPr>
            <w:r>
              <w:rPr>
                <w:color w:val="25364D"/>
                <w:lang w:eastAsia="zh-CN"/>
              </w:rPr>
              <w:t xml:space="preserve"> </w:t>
            </w:r>
          </w:p>
        </w:tc>
      </w:tr>
    </w:tbl>
    <w:p w14:paraId="56A7C188" w14:textId="77777777" w:rsidR="006C4C79" w:rsidRDefault="00F9347C">
      <w:pPr>
        <w:spacing w:before="40" w:after="80"/>
        <w:rPr>
          <w:lang w:eastAsia="zh-CN"/>
        </w:rPr>
      </w:pPr>
      <w:r>
        <w:rPr>
          <w:b/>
          <w:color w:val="53C5C1"/>
          <w:sz w:val="30"/>
          <w:lang w:eastAsia="zh-CN"/>
        </w:rPr>
        <w:t xml:space="preserve">④  </w:t>
      </w:r>
      <w:r>
        <w:rPr>
          <w:b/>
          <w:color w:val="53C5C1"/>
          <w:sz w:val="30"/>
          <w:lang w:eastAsia="zh-CN"/>
        </w:rPr>
        <w:t>知识库上传前检查</w:t>
      </w:r>
    </w:p>
    <w:p w14:paraId="7CB873AA" w14:textId="77777777" w:rsidR="006C4C79" w:rsidRDefault="00F9347C">
      <w:pPr>
        <w:spacing w:after="60"/>
        <w:rPr>
          <w:lang w:eastAsia="zh-CN"/>
        </w:rPr>
      </w:pPr>
      <w:r>
        <w:rPr>
          <w:color w:val="25364D"/>
          <w:sz w:val="20"/>
          <w:lang w:eastAsia="zh-CN"/>
        </w:rPr>
        <w:t xml:space="preserve">□ 3 </w:t>
      </w:r>
      <w:r>
        <w:rPr>
          <w:color w:val="25364D"/>
          <w:sz w:val="20"/>
          <w:lang w:eastAsia="zh-CN"/>
        </w:rPr>
        <w:t>款产品名字写清楚了</w:t>
      </w:r>
      <w:r>
        <w:rPr>
          <w:color w:val="25364D"/>
          <w:sz w:val="20"/>
          <w:lang w:eastAsia="zh-CN"/>
        </w:rPr>
        <w:br/>
        <w:t xml:space="preserve">□ </w:t>
      </w:r>
      <w:r>
        <w:rPr>
          <w:color w:val="25364D"/>
          <w:sz w:val="20"/>
          <w:lang w:eastAsia="zh-CN"/>
        </w:rPr>
        <w:t>每款都有</w:t>
      </w:r>
      <w:r>
        <w:rPr>
          <w:color w:val="25364D"/>
          <w:sz w:val="20"/>
          <w:lang w:eastAsia="zh-CN"/>
        </w:rPr>
        <w:t xml:space="preserve"> 1 </w:t>
      </w:r>
      <w:r>
        <w:rPr>
          <w:color w:val="25364D"/>
          <w:sz w:val="20"/>
          <w:lang w:eastAsia="zh-CN"/>
        </w:rPr>
        <w:t>个优点</w:t>
      </w:r>
      <w:r>
        <w:rPr>
          <w:color w:val="25364D"/>
          <w:sz w:val="20"/>
          <w:lang w:eastAsia="zh-CN"/>
        </w:rPr>
        <w:t xml:space="preserve"> + 1 </w:t>
      </w:r>
      <w:r>
        <w:rPr>
          <w:color w:val="25364D"/>
          <w:sz w:val="20"/>
          <w:lang w:eastAsia="zh-CN"/>
        </w:rPr>
        <w:t>个不足</w:t>
      </w:r>
      <w:r>
        <w:rPr>
          <w:color w:val="25364D"/>
          <w:sz w:val="20"/>
          <w:lang w:eastAsia="zh-CN"/>
        </w:rPr>
        <w:br/>
        <w:t>□ “</w:t>
      </w:r>
      <w:r>
        <w:rPr>
          <w:color w:val="25364D"/>
          <w:sz w:val="20"/>
          <w:lang w:eastAsia="zh-CN"/>
        </w:rPr>
        <w:t>最不一样的一点</w:t>
      </w:r>
      <w:r>
        <w:rPr>
          <w:color w:val="25364D"/>
          <w:sz w:val="20"/>
          <w:lang w:eastAsia="zh-CN"/>
        </w:rPr>
        <w:t>”</w:t>
      </w:r>
      <w:r>
        <w:rPr>
          <w:color w:val="25364D"/>
          <w:sz w:val="20"/>
          <w:lang w:eastAsia="zh-CN"/>
        </w:rPr>
        <w:t>是我们真的想做的，不是随便写的</w:t>
      </w:r>
    </w:p>
    <w:p w14:paraId="7DFE9546" w14:textId="77777777" w:rsidR="00F9347C" w:rsidRDefault="00F9347C">
      <w:pPr>
        <w:rPr>
          <w:lang w:eastAsia="zh-CN"/>
        </w:rPr>
      </w:pPr>
    </w:p>
    <w:sectPr w:rsidR="00F9347C" w:rsidSect="00034616">
      <w:pgSz w:w="12240" w:h="15840"/>
      <w:pgMar w:top="680" w:right="822" w:bottom="680" w:left="822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74330" w14:textId="77777777" w:rsidR="00F9347C" w:rsidRDefault="00F9347C" w:rsidP="00BF27A9">
      <w:pPr>
        <w:spacing w:after="0" w:line="240" w:lineRule="auto"/>
      </w:pPr>
      <w:r>
        <w:separator/>
      </w:r>
    </w:p>
  </w:endnote>
  <w:endnote w:type="continuationSeparator" w:id="0">
    <w:p w14:paraId="16F84D8B" w14:textId="77777777" w:rsidR="00F9347C" w:rsidRDefault="00F9347C" w:rsidP="00BF2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EFA5" w14:textId="77777777" w:rsidR="00F9347C" w:rsidRDefault="00F9347C" w:rsidP="00BF27A9">
      <w:pPr>
        <w:spacing w:after="0" w:line="240" w:lineRule="auto"/>
      </w:pPr>
      <w:r>
        <w:separator/>
      </w:r>
    </w:p>
  </w:footnote>
  <w:footnote w:type="continuationSeparator" w:id="0">
    <w:p w14:paraId="5AF754B5" w14:textId="77777777" w:rsidR="00F9347C" w:rsidRDefault="00F9347C" w:rsidP="00BF2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1743093">
    <w:abstractNumId w:val="8"/>
  </w:num>
  <w:num w:numId="2" w16cid:durableId="382994596">
    <w:abstractNumId w:val="6"/>
  </w:num>
  <w:num w:numId="3" w16cid:durableId="1983919872">
    <w:abstractNumId w:val="5"/>
  </w:num>
  <w:num w:numId="4" w16cid:durableId="1054692332">
    <w:abstractNumId w:val="4"/>
  </w:num>
  <w:num w:numId="5" w16cid:durableId="654643674">
    <w:abstractNumId w:val="7"/>
  </w:num>
  <w:num w:numId="6" w16cid:durableId="11960314">
    <w:abstractNumId w:val="3"/>
  </w:num>
  <w:num w:numId="7" w16cid:durableId="1410738276">
    <w:abstractNumId w:val="2"/>
  </w:num>
  <w:num w:numId="8" w16cid:durableId="1908613304">
    <w:abstractNumId w:val="1"/>
  </w:num>
  <w:num w:numId="9" w16cid:durableId="181386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858FD"/>
    <w:rsid w:val="006C4C79"/>
    <w:rsid w:val="00AA1D8D"/>
    <w:rsid w:val="00B47730"/>
    <w:rsid w:val="00BF27A9"/>
    <w:rsid w:val="00CB0664"/>
    <w:rsid w:val="00F934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838645A3-DFD7-4542-AA95-CF0ABE3B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SC" w:eastAsia="Noto Sans CJK SC" w:hAnsi="Noto Sans CJK SC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长永 齐</cp:lastModifiedBy>
  <cp:revision>2</cp:revision>
  <dcterms:created xsi:type="dcterms:W3CDTF">2013-12-23T23:15:00Z</dcterms:created>
  <dcterms:modified xsi:type="dcterms:W3CDTF">2026-08-07T09:09:00Z</dcterms:modified>
  <cp:category/>
</cp:coreProperties>
</file>