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96"/>
      </w:tblGrid>
      <w:tr w:rsidR="00866D1E" w14:paraId="09ECA709" w14:textId="77777777">
        <w:trPr>
          <w:jc w:val="center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5B9DE1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0445E90" w14:textId="77777777" w:rsidR="00866D1E" w:rsidRDefault="00D16DD4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44"/>
                <w:lang w:eastAsia="zh-CN"/>
              </w:rPr>
              <w:t xml:space="preserve">DAY2 </w:t>
            </w:r>
            <w:r>
              <w:rPr>
                <w:b/>
                <w:color w:val="FFFFFF"/>
                <w:sz w:val="44"/>
                <w:lang w:eastAsia="zh-CN"/>
              </w:rPr>
              <w:t>产品侦探任务</w:t>
            </w:r>
            <w:proofErr w:type="gramStart"/>
            <w:r>
              <w:rPr>
                <w:b/>
                <w:color w:val="FFFFFF"/>
                <w:sz w:val="44"/>
                <w:lang w:eastAsia="zh-CN"/>
              </w:rPr>
              <w:t>单</w:t>
            </w:r>
            <w:r>
              <w:rPr>
                <w:b/>
                <w:color w:val="FFFFFF"/>
                <w:sz w:val="44"/>
                <w:lang w:eastAsia="zh-CN"/>
              </w:rPr>
              <w:t xml:space="preserve"> 02</w:t>
            </w:r>
            <w:r>
              <w:rPr>
                <w:b/>
                <w:color w:val="FFFFFF"/>
                <w:sz w:val="44"/>
                <w:lang w:eastAsia="zh-CN"/>
              </w:rPr>
              <w:t>｜</w:t>
            </w:r>
            <w:proofErr w:type="gramEnd"/>
            <w:r>
              <w:rPr>
                <w:b/>
                <w:color w:val="FFFFFF"/>
                <w:sz w:val="44"/>
                <w:lang w:eastAsia="zh-CN"/>
              </w:rPr>
              <w:t>产品需求清单</w:t>
            </w:r>
          </w:p>
        </w:tc>
      </w:tr>
    </w:tbl>
    <w:p w14:paraId="56D0CD53" w14:textId="77777777" w:rsidR="00866D1E" w:rsidRDefault="00D16DD4">
      <w:pPr>
        <w:spacing w:before="80" w:after="160"/>
        <w:rPr>
          <w:lang w:eastAsia="zh-CN"/>
        </w:rPr>
      </w:pPr>
      <w:r>
        <w:rPr>
          <w:color w:val="25364D"/>
          <w:lang w:eastAsia="zh-CN"/>
        </w:rPr>
        <w:t>任务目标：把用户的</w:t>
      </w:r>
      <w:r>
        <w:rPr>
          <w:color w:val="25364D"/>
          <w:lang w:eastAsia="zh-CN"/>
        </w:rPr>
        <w:t>“</w:t>
      </w:r>
      <w:r>
        <w:rPr>
          <w:color w:val="25364D"/>
          <w:lang w:eastAsia="zh-CN"/>
        </w:rPr>
        <w:t>麻烦</w:t>
      </w:r>
      <w:r>
        <w:rPr>
          <w:color w:val="25364D"/>
          <w:lang w:eastAsia="zh-CN"/>
        </w:rPr>
        <w:t>”</w:t>
      </w:r>
      <w:r>
        <w:rPr>
          <w:color w:val="25364D"/>
          <w:lang w:eastAsia="zh-CN"/>
        </w:rPr>
        <w:t>变成产品要解决的事情。痛点</w:t>
      </w:r>
      <w:r>
        <w:rPr>
          <w:color w:val="25364D"/>
          <w:lang w:eastAsia="zh-CN"/>
        </w:rPr>
        <w:t xml:space="preserve"> = </w:t>
      </w:r>
      <w:r>
        <w:rPr>
          <w:color w:val="25364D"/>
          <w:lang w:eastAsia="zh-CN"/>
        </w:rPr>
        <w:t>哪里难受；需求</w:t>
      </w:r>
      <w:r>
        <w:rPr>
          <w:color w:val="25364D"/>
          <w:lang w:eastAsia="zh-CN"/>
        </w:rPr>
        <w:t xml:space="preserve"> = </w:t>
      </w:r>
      <w:r>
        <w:rPr>
          <w:color w:val="25364D"/>
          <w:lang w:eastAsia="zh-CN"/>
        </w:rPr>
        <w:t>希望怎么被帮助。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381"/>
        <w:gridCol w:w="1360"/>
        <w:gridCol w:w="3231"/>
      </w:tblGrid>
      <w:tr w:rsidR="00866D1E" w14:paraId="596399E2" w14:textId="77777777">
        <w:trPr>
          <w:jc w:val="center"/>
        </w:trPr>
        <w:tc>
          <w:tcPr>
            <w:tcW w:w="170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61C6D1" w14:textId="77777777" w:rsidR="00866D1E" w:rsidRDefault="00D16DD4">
            <w:pPr>
              <w:spacing w:after="0"/>
              <w:jc w:val="center"/>
            </w:pPr>
            <w:proofErr w:type="spellStart"/>
            <w:r>
              <w:rPr>
                <w:b/>
                <w:color w:val="25364D"/>
                <w:sz w:val="20"/>
              </w:rPr>
              <w:t>公司</w:t>
            </w:r>
            <w:proofErr w:type="spellEnd"/>
            <w:r>
              <w:rPr>
                <w:b/>
                <w:color w:val="25364D"/>
                <w:sz w:val="20"/>
              </w:rPr>
              <w:t>/</w:t>
            </w:r>
            <w:proofErr w:type="spellStart"/>
            <w:r>
              <w:rPr>
                <w:b/>
                <w:color w:val="25364D"/>
                <w:sz w:val="20"/>
              </w:rPr>
              <w:t>产品名称</w:t>
            </w:r>
            <w:proofErr w:type="spellEnd"/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14F559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小组或</w:t>
            </w:r>
            <w:r>
              <w:rPr>
                <w:b/>
                <w:color w:val="25364D"/>
                <w:sz w:val="20"/>
              </w:rPr>
              <w:t>CEO</w:t>
            </w:r>
          </w:p>
        </w:tc>
        <w:tc>
          <w:tcPr>
            <w:tcW w:w="136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1544BA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产品方向</w:t>
            </w:r>
          </w:p>
        </w:tc>
        <w:tc>
          <w:tcPr>
            <w:tcW w:w="323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FA74E7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日期</w:t>
            </w:r>
          </w:p>
        </w:tc>
      </w:tr>
      <w:tr w:rsidR="00866D1E" w14:paraId="52D516F2" w14:textId="77777777">
        <w:trPr>
          <w:trHeight w:val="482"/>
          <w:jc w:val="center"/>
        </w:trPr>
        <w:tc>
          <w:tcPr>
            <w:tcW w:w="170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135661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5BAED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136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410153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DC7DDC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</w:tbl>
    <w:p w14:paraId="53DE1A54" w14:textId="77777777" w:rsidR="00866D1E" w:rsidRDefault="00866D1E">
      <w:pPr>
        <w:spacing w:after="0"/>
      </w:pPr>
    </w:p>
    <w:p w14:paraId="0AA4EF3F" w14:textId="77777777" w:rsidR="00866D1E" w:rsidRDefault="00D16DD4">
      <w:pPr>
        <w:spacing w:before="40" w:after="80"/>
        <w:rPr>
          <w:lang w:eastAsia="zh-CN"/>
        </w:rPr>
      </w:pPr>
      <w:proofErr w:type="gramStart"/>
      <w:r>
        <w:rPr>
          <w:b/>
          <w:color w:val="5B9DE1"/>
          <w:sz w:val="30"/>
          <w:lang w:eastAsia="zh-CN"/>
        </w:rPr>
        <w:t xml:space="preserve">①  </w:t>
      </w:r>
      <w:r>
        <w:rPr>
          <w:b/>
          <w:color w:val="5B9DE1"/>
          <w:sz w:val="30"/>
          <w:lang w:eastAsia="zh-CN"/>
        </w:rPr>
        <w:t>写出</w:t>
      </w:r>
      <w:proofErr w:type="gramEnd"/>
      <w:r>
        <w:rPr>
          <w:b/>
          <w:color w:val="5B9DE1"/>
          <w:sz w:val="30"/>
          <w:lang w:eastAsia="zh-CN"/>
        </w:rPr>
        <w:t xml:space="preserve"> 3 </w:t>
      </w:r>
      <w:proofErr w:type="gramStart"/>
      <w:r>
        <w:rPr>
          <w:b/>
          <w:color w:val="5B9DE1"/>
          <w:sz w:val="30"/>
          <w:lang w:eastAsia="zh-CN"/>
        </w:rPr>
        <w:t>个核心痛点</w:t>
      </w:r>
      <w:r>
        <w:rPr>
          <w:color w:val="667085"/>
          <w:sz w:val="20"/>
          <w:lang w:eastAsia="zh-CN"/>
        </w:rPr>
        <w:t xml:space="preserve">  </w:t>
      </w:r>
      <w:r>
        <w:rPr>
          <w:color w:val="667085"/>
          <w:sz w:val="20"/>
          <w:lang w:eastAsia="zh-CN"/>
        </w:rPr>
        <w:t>必须是生活里真的可能发生的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32"/>
        <w:gridCol w:w="4081"/>
        <w:gridCol w:w="3911"/>
      </w:tblGrid>
      <w:tr w:rsidR="00866D1E" w14:paraId="1CF74B55" w14:textId="77777777">
        <w:tc>
          <w:tcPr>
            <w:tcW w:w="68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AF87C" w14:textId="77777777" w:rsidR="00866D1E" w:rsidRDefault="00D16DD4">
            <w:pPr>
              <w:spacing w:after="0"/>
              <w:jc w:val="center"/>
            </w:pPr>
            <w:proofErr w:type="spellStart"/>
            <w:r>
              <w:rPr>
                <w:b/>
                <w:color w:val="25364D"/>
                <w:sz w:val="20"/>
              </w:rPr>
              <w:t>编号</w:t>
            </w:r>
            <w:proofErr w:type="spellEnd"/>
          </w:p>
        </w:tc>
        <w:tc>
          <w:tcPr>
            <w:tcW w:w="40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9B9A85" w14:textId="77777777" w:rsidR="00866D1E" w:rsidRDefault="00D16DD4">
            <w:pPr>
              <w:spacing w:after="0"/>
              <w:jc w:val="center"/>
              <w:rPr>
                <w:lang w:eastAsia="zh-CN"/>
              </w:rPr>
            </w:pPr>
            <w:r>
              <w:rPr>
                <w:b/>
                <w:color w:val="25364D"/>
                <w:sz w:val="20"/>
                <w:lang w:eastAsia="zh-CN"/>
              </w:rPr>
              <w:t>用户遇到的麻烦（痛点）</w:t>
            </w:r>
          </w:p>
        </w:tc>
        <w:tc>
          <w:tcPr>
            <w:tcW w:w="391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3A253" w14:textId="77777777" w:rsidR="00866D1E" w:rsidRDefault="00D16DD4">
            <w:pPr>
              <w:spacing w:after="0"/>
              <w:jc w:val="center"/>
              <w:rPr>
                <w:lang w:eastAsia="zh-CN"/>
              </w:rPr>
            </w:pPr>
            <w:r>
              <w:rPr>
                <w:b/>
                <w:color w:val="25364D"/>
                <w:sz w:val="20"/>
                <w:lang w:eastAsia="zh-CN"/>
              </w:rPr>
              <w:t>这个麻烦通常在什么时候发生？</w:t>
            </w:r>
          </w:p>
        </w:tc>
      </w:tr>
      <w:tr w:rsidR="00866D1E" w14:paraId="1C2D8FCB" w14:textId="77777777">
        <w:trPr>
          <w:trHeight w:val="709"/>
        </w:trPr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11B50C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</w:rPr>
              <w:t>1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5B7DE8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F9DA03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  <w:tr w:rsidR="00866D1E" w14:paraId="60E421F5" w14:textId="77777777">
        <w:trPr>
          <w:trHeight w:val="709"/>
        </w:trPr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2136C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</w:rPr>
              <w:t>2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DFE44F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468EE1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  <w:tr w:rsidR="00866D1E" w14:paraId="31E611ED" w14:textId="77777777">
        <w:trPr>
          <w:trHeight w:val="709"/>
        </w:trPr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F79423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</w:rPr>
              <w:t>3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FADE46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3532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2E2249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</w:tbl>
    <w:p w14:paraId="624A8EE8" w14:textId="77777777" w:rsidR="00866D1E" w:rsidRDefault="00D16DD4">
      <w:pPr>
        <w:spacing w:before="40" w:after="80"/>
        <w:rPr>
          <w:lang w:eastAsia="zh-CN"/>
        </w:rPr>
      </w:pPr>
      <w:proofErr w:type="gramStart"/>
      <w:r>
        <w:rPr>
          <w:b/>
          <w:color w:val="5B9DE1"/>
          <w:sz w:val="30"/>
          <w:lang w:eastAsia="zh-CN"/>
        </w:rPr>
        <w:t xml:space="preserve">②  </w:t>
      </w:r>
      <w:r>
        <w:rPr>
          <w:b/>
          <w:color w:val="5B9DE1"/>
          <w:sz w:val="30"/>
          <w:lang w:eastAsia="zh-CN"/>
        </w:rPr>
        <w:t>选出</w:t>
      </w:r>
      <w:proofErr w:type="gramEnd"/>
      <w:r>
        <w:rPr>
          <w:b/>
          <w:color w:val="5B9DE1"/>
          <w:sz w:val="30"/>
          <w:lang w:eastAsia="zh-CN"/>
        </w:rPr>
        <w:t xml:space="preserve"> 2 </w:t>
      </w:r>
      <w:proofErr w:type="gramStart"/>
      <w:r>
        <w:rPr>
          <w:b/>
          <w:color w:val="5B9DE1"/>
          <w:sz w:val="30"/>
          <w:lang w:eastAsia="zh-CN"/>
        </w:rPr>
        <w:t>个未满足需求</w:t>
      </w:r>
      <w:r>
        <w:rPr>
          <w:color w:val="667085"/>
          <w:sz w:val="20"/>
          <w:lang w:eastAsia="zh-CN"/>
        </w:rPr>
        <w:t xml:space="preserve">  </w:t>
      </w:r>
      <w:r>
        <w:rPr>
          <w:color w:val="667085"/>
          <w:sz w:val="20"/>
          <w:lang w:eastAsia="zh-CN"/>
        </w:rPr>
        <w:t>也就是</w:t>
      </w:r>
      <w:proofErr w:type="gramEnd"/>
      <w:r>
        <w:rPr>
          <w:color w:val="667085"/>
          <w:sz w:val="20"/>
          <w:lang w:eastAsia="zh-CN"/>
        </w:rPr>
        <w:t>：用户最希望得到什么帮助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866D1E" w14:paraId="70CA0D08" w14:textId="77777777"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594401" w14:textId="77777777" w:rsidR="00866D1E" w:rsidRDefault="00D16DD4">
            <w:pPr>
              <w:spacing w:after="0"/>
              <w:jc w:val="center"/>
            </w:pPr>
            <w:proofErr w:type="spellStart"/>
            <w:r>
              <w:rPr>
                <w:b/>
                <w:color w:val="25364D"/>
                <w:sz w:val="20"/>
              </w:rPr>
              <w:t>需求</w:t>
            </w:r>
            <w:proofErr w:type="spellEnd"/>
          </w:p>
        </w:tc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2BF84" w14:textId="77777777" w:rsidR="00866D1E" w:rsidRDefault="00D16DD4">
            <w:pPr>
              <w:spacing w:after="0"/>
              <w:jc w:val="center"/>
              <w:rPr>
                <w:lang w:eastAsia="zh-CN"/>
              </w:rPr>
            </w:pPr>
            <w:r>
              <w:rPr>
                <w:b/>
                <w:color w:val="25364D"/>
                <w:sz w:val="20"/>
                <w:lang w:eastAsia="zh-CN"/>
              </w:rPr>
              <w:t>如果满足了，用户会有什么变化？</w:t>
            </w:r>
          </w:p>
        </w:tc>
      </w:tr>
      <w:tr w:rsidR="00866D1E" w14:paraId="3FF961DF" w14:textId="77777777">
        <w:trPr>
          <w:trHeight w:val="680"/>
        </w:trPr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62E332" w14:textId="77777777" w:rsidR="00866D1E" w:rsidRDefault="00D16DD4">
            <w:pPr>
              <w:spacing w:after="0"/>
            </w:pPr>
            <w:proofErr w:type="spellStart"/>
            <w:r>
              <w:rPr>
                <w:b/>
                <w:color w:val="25364D"/>
              </w:rPr>
              <w:t>需求</w:t>
            </w:r>
            <w:proofErr w:type="spellEnd"/>
            <w:r>
              <w:rPr>
                <w:b/>
                <w:color w:val="25364D"/>
              </w:rPr>
              <w:t xml:space="preserve"> 1</w:t>
            </w:r>
            <w:r>
              <w:rPr>
                <w:b/>
                <w:color w:val="25364D"/>
              </w:rPr>
              <w:t>：</w:t>
            </w:r>
          </w:p>
        </w:tc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B2AF3B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  <w:tr w:rsidR="00866D1E" w14:paraId="5460D4D7" w14:textId="77777777">
        <w:trPr>
          <w:trHeight w:val="680"/>
        </w:trPr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2C702B" w14:textId="77777777" w:rsidR="00866D1E" w:rsidRDefault="00D16DD4">
            <w:pPr>
              <w:spacing w:after="0"/>
            </w:pPr>
            <w:r>
              <w:rPr>
                <w:b/>
                <w:color w:val="25364D"/>
              </w:rPr>
              <w:t>需求</w:t>
            </w:r>
            <w:r>
              <w:rPr>
                <w:b/>
                <w:color w:val="25364D"/>
              </w:rPr>
              <w:t xml:space="preserve"> 2</w:t>
            </w:r>
            <w:r>
              <w:rPr>
                <w:b/>
                <w:color w:val="25364D"/>
              </w:rPr>
              <w:t>：</w:t>
            </w:r>
          </w:p>
        </w:tc>
        <w:tc>
          <w:tcPr>
            <w:tcW w:w="529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D7F864" w14:textId="77777777" w:rsidR="00866D1E" w:rsidRDefault="00D16DD4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</w:tbl>
    <w:p w14:paraId="21D22502" w14:textId="77777777" w:rsidR="00866D1E" w:rsidRDefault="00D16DD4">
      <w:pPr>
        <w:spacing w:before="40" w:after="80"/>
        <w:rPr>
          <w:lang w:eastAsia="zh-CN"/>
        </w:rPr>
      </w:pPr>
      <w:proofErr w:type="gramStart"/>
      <w:r>
        <w:rPr>
          <w:b/>
          <w:color w:val="5B9DE1"/>
          <w:sz w:val="30"/>
          <w:lang w:eastAsia="zh-CN"/>
        </w:rPr>
        <w:t xml:space="preserve">③  </w:t>
      </w:r>
      <w:r>
        <w:rPr>
          <w:b/>
          <w:color w:val="5B9DE1"/>
          <w:sz w:val="30"/>
          <w:lang w:eastAsia="zh-CN"/>
        </w:rPr>
        <w:t>确定</w:t>
      </w:r>
      <w:proofErr w:type="gramEnd"/>
      <w:r>
        <w:rPr>
          <w:b/>
          <w:color w:val="5B9DE1"/>
          <w:sz w:val="30"/>
          <w:lang w:eastAsia="zh-CN"/>
        </w:rPr>
        <w:t xml:space="preserve"> 3 </w:t>
      </w:r>
      <w:proofErr w:type="gramStart"/>
      <w:r>
        <w:rPr>
          <w:b/>
          <w:color w:val="5B9DE1"/>
          <w:sz w:val="30"/>
          <w:lang w:eastAsia="zh-CN"/>
        </w:rPr>
        <w:t>个核心功能</w:t>
      </w:r>
      <w:r>
        <w:rPr>
          <w:color w:val="667085"/>
          <w:sz w:val="20"/>
          <w:lang w:eastAsia="zh-CN"/>
        </w:rPr>
        <w:t xml:space="preserve">  </w:t>
      </w:r>
      <w:r>
        <w:rPr>
          <w:color w:val="667085"/>
          <w:sz w:val="20"/>
          <w:lang w:eastAsia="zh-CN"/>
        </w:rPr>
        <w:t>功能要直接对应上面的痛点和需求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9"/>
        <w:gridCol w:w="3458"/>
        <w:gridCol w:w="2649"/>
        <w:gridCol w:w="2649"/>
      </w:tblGrid>
      <w:tr w:rsidR="00866D1E" w14:paraId="29BE863D" w14:textId="77777777">
        <w:tc>
          <w:tcPr>
            <w:tcW w:w="170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E27C98" w14:textId="77777777" w:rsidR="00866D1E" w:rsidRDefault="00D16DD4">
            <w:pPr>
              <w:spacing w:after="0"/>
              <w:jc w:val="center"/>
            </w:pPr>
            <w:proofErr w:type="spellStart"/>
            <w:r>
              <w:rPr>
                <w:b/>
                <w:color w:val="25364D"/>
                <w:sz w:val="19"/>
              </w:rPr>
              <w:t>功能</w:t>
            </w:r>
            <w:proofErr w:type="spellEnd"/>
          </w:p>
        </w:tc>
        <w:tc>
          <w:tcPr>
            <w:tcW w:w="3458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D295E8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这个功能做什么？</w:t>
            </w:r>
          </w:p>
        </w:tc>
        <w:tc>
          <w:tcPr>
            <w:tcW w:w="2607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DB216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主要解决哪个痛点？</w:t>
            </w:r>
          </w:p>
        </w:tc>
        <w:tc>
          <w:tcPr>
            <w:tcW w:w="963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5B06F" w14:textId="77777777" w:rsidR="00866D1E" w:rsidRDefault="00D16DD4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第一版先做？</w:t>
            </w:r>
          </w:p>
        </w:tc>
      </w:tr>
      <w:tr w:rsidR="00866D1E" w14:paraId="73A3E353" w14:textId="77777777">
        <w:trPr>
          <w:trHeight w:val="765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30ABED" w14:textId="77777777" w:rsidR="00866D1E" w:rsidRDefault="00D16DD4">
            <w:pPr>
              <w:spacing w:after="0"/>
            </w:pPr>
            <w:r>
              <w:rPr>
                <w:b/>
                <w:color w:val="25364D"/>
                <w:sz w:val="20"/>
              </w:rPr>
              <w:t>功能</w:t>
            </w:r>
            <w:r>
              <w:rPr>
                <w:b/>
                <w:color w:val="25364D"/>
                <w:sz w:val="20"/>
              </w:rPr>
              <w:t xml:space="preserve"> 1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406DCE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C12EFD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44765" w14:textId="77777777" w:rsidR="00866D1E" w:rsidRDefault="00D16DD4">
            <w:pPr>
              <w:spacing w:after="0"/>
              <w:jc w:val="center"/>
            </w:pPr>
            <w:r>
              <w:rPr>
                <w:color w:val="25364D"/>
                <w:sz w:val="20"/>
              </w:rPr>
              <w:t xml:space="preserve">□ </w:t>
            </w:r>
            <w:r>
              <w:rPr>
                <w:color w:val="25364D"/>
                <w:sz w:val="20"/>
              </w:rPr>
              <w:t>是</w:t>
            </w:r>
          </w:p>
        </w:tc>
      </w:tr>
      <w:tr w:rsidR="00866D1E" w14:paraId="36B93E4B" w14:textId="77777777">
        <w:trPr>
          <w:trHeight w:val="765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54EE18" w14:textId="77777777" w:rsidR="00866D1E" w:rsidRDefault="00D16DD4">
            <w:pPr>
              <w:spacing w:after="0"/>
            </w:pPr>
            <w:r>
              <w:rPr>
                <w:b/>
                <w:color w:val="25364D"/>
                <w:sz w:val="20"/>
              </w:rPr>
              <w:t>功能</w:t>
            </w:r>
            <w:r>
              <w:rPr>
                <w:b/>
                <w:color w:val="25364D"/>
                <w:sz w:val="20"/>
              </w:rPr>
              <w:t xml:space="preserve"> 2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3F142A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F57C6E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B35463" w14:textId="77777777" w:rsidR="00866D1E" w:rsidRDefault="00D16DD4">
            <w:pPr>
              <w:spacing w:after="0"/>
              <w:jc w:val="center"/>
            </w:pPr>
            <w:r>
              <w:rPr>
                <w:color w:val="25364D"/>
                <w:sz w:val="20"/>
              </w:rPr>
              <w:t xml:space="preserve">□ </w:t>
            </w:r>
            <w:r>
              <w:rPr>
                <w:color w:val="25364D"/>
                <w:sz w:val="20"/>
              </w:rPr>
              <w:t>是</w:t>
            </w:r>
          </w:p>
        </w:tc>
      </w:tr>
      <w:tr w:rsidR="00866D1E" w14:paraId="07FA74C5" w14:textId="77777777">
        <w:trPr>
          <w:trHeight w:val="765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97A579" w14:textId="77777777" w:rsidR="00866D1E" w:rsidRDefault="00D16DD4">
            <w:pPr>
              <w:spacing w:after="0"/>
            </w:pPr>
            <w:r>
              <w:rPr>
                <w:b/>
                <w:color w:val="25364D"/>
                <w:sz w:val="20"/>
              </w:rPr>
              <w:t>功能</w:t>
            </w:r>
            <w:r>
              <w:rPr>
                <w:b/>
                <w:color w:val="25364D"/>
                <w:sz w:val="20"/>
              </w:rPr>
              <w:t xml:space="preserve"> 3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4182F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10750E" w14:textId="77777777" w:rsidR="00866D1E" w:rsidRDefault="00D16DD4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67537C" w14:textId="77777777" w:rsidR="00866D1E" w:rsidRDefault="00D16DD4">
            <w:pPr>
              <w:spacing w:after="0"/>
              <w:jc w:val="center"/>
            </w:pPr>
            <w:r>
              <w:rPr>
                <w:color w:val="25364D"/>
                <w:sz w:val="20"/>
              </w:rPr>
              <w:t xml:space="preserve">□ </w:t>
            </w:r>
            <w:r>
              <w:rPr>
                <w:color w:val="25364D"/>
                <w:sz w:val="20"/>
              </w:rPr>
              <w:t>是</w:t>
            </w:r>
          </w:p>
        </w:tc>
      </w:tr>
    </w:tbl>
    <w:p w14:paraId="2E5E704D" w14:textId="77777777" w:rsidR="00866D1E" w:rsidRDefault="00D16DD4">
      <w:pPr>
        <w:spacing w:before="40" w:after="80"/>
        <w:rPr>
          <w:lang w:eastAsia="zh-CN"/>
        </w:rPr>
      </w:pPr>
      <w:proofErr w:type="gramStart"/>
      <w:r>
        <w:rPr>
          <w:b/>
          <w:color w:val="5B9DE1"/>
          <w:sz w:val="30"/>
          <w:lang w:eastAsia="zh-CN"/>
        </w:rPr>
        <w:t xml:space="preserve">④  </w:t>
      </w:r>
      <w:r>
        <w:rPr>
          <w:b/>
          <w:color w:val="5B9DE1"/>
          <w:sz w:val="30"/>
          <w:lang w:eastAsia="zh-CN"/>
        </w:rPr>
        <w:t>第一版重点</w:t>
      </w:r>
      <w:proofErr w:type="gramEnd"/>
      <w:r>
        <w:rPr>
          <w:color w:val="667085"/>
          <w:sz w:val="20"/>
          <w:lang w:eastAsia="zh-CN"/>
        </w:rPr>
        <w:t xml:space="preserve">  </w:t>
      </w:r>
      <w:r>
        <w:rPr>
          <w:color w:val="667085"/>
          <w:sz w:val="20"/>
          <w:lang w:eastAsia="zh-CN"/>
        </w:rPr>
        <w:t>只能先</w:t>
      </w:r>
      <w:proofErr w:type="gramStart"/>
      <w:r>
        <w:rPr>
          <w:color w:val="667085"/>
          <w:sz w:val="20"/>
          <w:lang w:eastAsia="zh-CN"/>
        </w:rPr>
        <w:t>做</w:t>
      </w:r>
      <w:r>
        <w:rPr>
          <w:color w:val="667085"/>
          <w:sz w:val="20"/>
          <w:lang w:eastAsia="zh-CN"/>
        </w:rPr>
        <w:t xml:space="preserve"> 1</w:t>
      </w:r>
      <w:proofErr w:type="gramEnd"/>
      <w:r>
        <w:rPr>
          <w:color w:val="667085"/>
          <w:sz w:val="20"/>
          <w:lang w:eastAsia="zh-CN"/>
        </w:rPr>
        <w:t>–</w:t>
      </w:r>
      <w:proofErr w:type="gramStart"/>
      <w:r>
        <w:rPr>
          <w:color w:val="667085"/>
          <w:sz w:val="20"/>
          <w:lang w:eastAsia="zh-CN"/>
        </w:rPr>
        <w:t xml:space="preserve">2 </w:t>
      </w:r>
      <w:r>
        <w:rPr>
          <w:color w:val="667085"/>
          <w:sz w:val="20"/>
          <w:lang w:eastAsia="zh-CN"/>
        </w:rPr>
        <w:t>个</w:t>
      </w:r>
      <w:proofErr w:type="gramEnd"/>
      <w:r>
        <w:rPr>
          <w:color w:val="667085"/>
          <w:sz w:val="20"/>
          <w:lang w:eastAsia="zh-CN"/>
        </w:rPr>
        <w:t>最重要的功能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96"/>
      </w:tblGrid>
      <w:tr w:rsidR="00866D1E" w14:paraId="3F820769" w14:textId="77777777"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AF3F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6FF6E" w14:textId="245AC76E" w:rsidR="00866D1E" w:rsidRDefault="00D16DD4">
            <w:pPr>
              <w:spacing w:after="0"/>
              <w:rPr>
                <w:lang w:eastAsia="zh-CN"/>
              </w:rPr>
            </w:pPr>
            <w:r>
              <w:rPr>
                <w:b/>
                <w:color w:val="25364D"/>
                <w:lang w:eastAsia="zh-CN"/>
              </w:rPr>
              <w:lastRenderedPageBreak/>
              <w:t>我们第一版最先做：【</w:t>
            </w:r>
            <w:r>
              <w:rPr>
                <w:b/>
                <w:color w:val="25364D"/>
                <w:lang w:eastAsia="zh-CN"/>
              </w:rPr>
              <w:t>】</w:t>
            </w:r>
            <w:r>
              <w:rPr>
                <w:b/>
                <w:color w:val="25364D"/>
                <w:lang w:eastAsia="zh-CN"/>
              </w:rPr>
              <w:t xml:space="preserve"> + </w:t>
            </w:r>
            <w:r>
              <w:rPr>
                <w:b/>
                <w:color w:val="25364D"/>
                <w:lang w:eastAsia="zh-CN"/>
              </w:rPr>
              <w:t>【</w:t>
            </w:r>
            <w:r>
              <w:rPr>
                <w:b/>
                <w:color w:val="25364D"/>
                <w:lang w:eastAsia="zh-CN"/>
              </w:rPr>
              <w:t>】</w:t>
            </w:r>
          </w:p>
        </w:tc>
      </w:tr>
      <w:tr w:rsidR="00866D1E" w14:paraId="492BA740" w14:textId="77777777">
        <w:trPr>
          <w:trHeight w:val="652"/>
        </w:trPr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632913" w14:textId="77777777" w:rsidR="00866D1E" w:rsidRDefault="00D16DD4">
            <w:pPr>
              <w:spacing w:after="0"/>
            </w:pPr>
            <w:proofErr w:type="spellStart"/>
            <w:r>
              <w:rPr>
                <w:b/>
                <w:color w:val="25364D"/>
                <w:sz w:val="20"/>
              </w:rPr>
              <w:t>为什么先做它们</w:t>
            </w:r>
            <w:proofErr w:type="spellEnd"/>
            <w:r>
              <w:rPr>
                <w:b/>
                <w:color w:val="25364D"/>
                <w:sz w:val="20"/>
              </w:rPr>
              <w:t>：</w:t>
            </w:r>
          </w:p>
        </w:tc>
      </w:tr>
    </w:tbl>
    <w:p w14:paraId="219DD039" w14:textId="77777777" w:rsidR="00D16DD4" w:rsidRDefault="00D16DD4"/>
    <w:sectPr w:rsidR="00D16DD4" w:rsidSect="00034616">
      <w:pgSz w:w="12240" w:h="15840"/>
      <w:pgMar w:top="680" w:right="822" w:bottom="680" w:left="822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F5E79" w14:textId="77777777" w:rsidR="00D16DD4" w:rsidRDefault="00D16DD4" w:rsidP="00BB0FCD">
      <w:pPr>
        <w:spacing w:after="0" w:line="240" w:lineRule="auto"/>
      </w:pPr>
      <w:r>
        <w:separator/>
      </w:r>
    </w:p>
  </w:endnote>
  <w:endnote w:type="continuationSeparator" w:id="0">
    <w:p w14:paraId="07215CA6" w14:textId="77777777" w:rsidR="00D16DD4" w:rsidRDefault="00D16DD4" w:rsidP="00BB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B92D0" w14:textId="77777777" w:rsidR="00D16DD4" w:rsidRDefault="00D16DD4" w:rsidP="00BB0FCD">
      <w:pPr>
        <w:spacing w:after="0" w:line="240" w:lineRule="auto"/>
      </w:pPr>
      <w:r>
        <w:separator/>
      </w:r>
    </w:p>
  </w:footnote>
  <w:footnote w:type="continuationSeparator" w:id="0">
    <w:p w14:paraId="17E872B0" w14:textId="77777777" w:rsidR="00D16DD4" w:rsidRDefault="00D16DD4" w:rsidP="00BB0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0022042">
    <w:abstractNumId w:val="8"/>
  </w:num>
  <w:num w:numId="2" w16cid:durableId="1481968766">
    <w:abstractNumId w:val="6"/>
  </w:num>
  <w:num w:numId="3" w16cid:durableId="1515609105">
    <w:abstractNumId w:val="5"/>
  </w:num>
  <w:num w:numId="4" w16cid:durableId="2070226612">
    <w:abstractNumId w:val="4"/>
  </w:num>
  <w:num w:numId="5" w16cid:durableId="1660235256">
    <w:abstractNumId w:val="7"/>
  </w:num>
  <w:num w:numId="6" w16cid:durableId="704719476">
    <w:abstractNumId w:val="3"/>
  </w:num>
  <w:num w:numId="7" w16cid:durableId="1399551786">
    <w:abstractNumId w:val="2"/>
  </w:num>
  <w:num w:numId="8" w16cid:durableId="1795363365">
    <w:abstractNumId w:val="1"/>
  </w:num>
  <w:num w:numId="9" w16cid:durableId="116478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58FD"/>
    <w:rsid w:val="00866D1E"/>
    <w:rsid w:val="00AA1D8D"/>
    <w:rsid w:val="00B47730"/>
    <w:rsid w:val="00BB0FCD"/>
    <w:rsid w:val="00CB0664"/>
    <w:rsid w:val="00D16D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38645A3-DFD7-4542-AA95-CF0ABE3B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长永 齐</cp:lastModifiedBy>
  <cp:revision>2</cp:revision>
  <dcterms:created xsi:type="dcterms:W3CDTF">2013-12-23T23:15:00Z</dcterms:created>
  <dcterms:modified xsi:type="dcterms:W3CDTF">2026-08-07T09:07:00Z</dcterms:modified>
  <cp:category/>
</cp:coreProperties>
</file>