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25F53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0"/>
              <w:jc w:val="left"/>
            </w:pPr>
            <w:r>
              <w:rPr>
                <w:rFonts w:ascii="Noto Sans CJK SC" w:hAnsi="Noto Sans CJK SC" w:eastAsia="Noto Sans CJK SC"/>
                <w:b/>
                <w:color w:val="FFFFFF"/>
                <w:sz w:val="44"/>
              </w:rPr>
              <w:t>DAY2 产品侦探任务单 01｜用户画像记录表</w:t>
            </w:r>
          </w:p>
        </w:tc>
      </w:tr>
    </w:tbl>
    <w:p>
      <w:pPr>
        <w:spacing w:before="80" w:after="160"/>
      </w:pPr>
      <w:r>
        <w:rPr>
          <w:rFonts w:ascii="Noto Sans CJK SC" w:hAnsi="Noto Sans CJK SC" w:eastAsia="Noto Sans CJK SC"/>
          <w:b w:val="0"/>
          <w:color w:val="25364D"/>
          <w:sz w:val="22"/>
        </w:rPr>
        <w:t>任务目标：把“所有人”变成一个能想象出来的真实用户。填完后，这份 Word 会直接放进小龙虾 AI 的知识库。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49"/>
        <w:gridCol w:w="2649"/>
        <w:gridCol w:w="2649"/>
        <w:gridCol w:w="2649"/>
      </w:tblGrid>
      <w:tr>
        <w:tc>
          <w:tcPr>
            <w:tcW w:type="dxa" w:w="1700"/>
            <w:shd w:fill="F4F5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公司/产品名称</w:t>
            </w:r>
          </w:p>
        </w:tc>
        <w:tc>
          <w:tcPr>
            <w:tcW w:type="dxa" w:w="2381"/>
            <w:shd w:fill="F4F5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小组或CEO</w:t>
            </w:r>
          </w:p>
        </w:tc>
        <w:tc>
          <w:tcPr>
            <w:tcW w:type="dxa" w:w="1360"/>
            <w:shd w:fill="F4F5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产品方向</w:t>
            </w:r>
          </w:p>
        </w:tc>
        <w:tc>
          <w:tcPr>
            <w:tcW w:type="dxa" w:w="3231"/>
            <w:shd w:fill="F4F5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日期</w:t>
            </w:r>
          </w:p>
        </w:tc>
      </w:tr>
      <w:tr>
        <w:trPr>
          <w:trHeight w:val="482" w:hRule="atLeast"/>
        </w:trPr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  <w:tc>
          <w:tcPr>
            <w:tcW w:type="dxa" w:w="238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  <w:tc>
          <w:tcPr>
            <w:tcW w:type="dxa" w:w="1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  <w:tc>
          <w:tcPr>
            <w:tcW w:type="dxa" w:w="323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</w:tr>
    </w:tbl>
    <w:p>
      <w:pPr>
        <w:spacing w:after="0"/>
      </w:pPr>
    </w:p>
    <w:p>
      <w:pPr>
        <w:spacing w:before="40" w:after="80"/>
      </w:pPr>
      <w:r>
        <w:rPr>
          <w:rFonts w:ascii="Noto Sans CJK SC" w:hAnsi="Noto Sans CJK SC" w:eastAsia="Noto Sans CJK SC"/>
          <w:b/>
          <w:color w:val="F25F53"/>
          <w:sz w:val="30"/>
        </w:rPr>
        <w:t>①  先找到“谁”</w:t>
      </w:r>
      <w:r>
        <w:rPr>
          <w:rFonts w:ascii="Noto Sans CJK SC" w:hAnsi="Noto Sans CJK SC" w:eastAsia="Noto Sans CJK SC"/>
          <w:b w:val="0"/>
          <w:color w:val="667085"/>
          <w:sz w:val="20"/>
        </w:rPr>
        <w:t xml:space="preserve">  不要写“所有学生”“所有家长”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98"/>
        <w:gridCol w:w="5298"/>
      </w:tblGrid>
      <w:tr>
        <w:trPr>
          <w:trHeight w:val="765" w:hRule="atLeast"/>
        </w:trPr>
        <w:tc>
          <w:tcPr>
            <w:tcW w:type="dxa" w:w="2324"/>
            <w:shd w:fill="FDE7E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color w:val="25364D"/>
                <w:sz w:val="22"/>
              </w:rPr>
              <w:t>用户昵称/代号</w:t>
            </w:r>
          </w:p>
        </w:tc>
        <w:tc>
          <w:tcPr>
            <w:tcW w:type="dxa" w:w="6349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7A8494"/>
                <w:sz w:val="18"/>
              </w:rPr>
              <w:t>例：小宇（可以是虚拟名字）</w:t>
              <w:br/>
            </w: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</w:tr>
      <w:tr>
        <w:trPr>
          <w:trHeight w:val="765" w:hRule="atLeast"/>
        </w:trPr>
        <w:tc>
          <w:tcPr>
            <w:tcW w:type="dxa" w:w="2324"/>
            <w:shd w:fill="FDE7E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color w:val="25364D"/>
                <w:sz w:val="22"/>
              </w:rPr>
              <w:t>他是谁</w:t>
            </w:r>
          </w:p>
        </w:tc>
        <w:tc>
          <w:tcPr>
            <w:tcW w:type="dxa" w:w="6349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7A8494"/>
                <w:sz w:val="18"/>
              </w:rPr>
              <w:t>年级 / 年龄 / 身份</w:t>
              <w:br/>
            </w: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</w:tr>
      <w:tr>
        <w:trPr>
          <w:trHeight w:val="992" w:hRule="atLeast"/>
        </w:trPr>
        <w:tc>
          <w:tcPr>
            <w:tcW w:type="dxa" w:w="2324"/>
            <w:shd w:fill="FDE7E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color w:val="25364D"/>
                <w:sz w:val="22"/>
              </w:rPr>
              <w:t>使用场景</w:t>
            </w:r>
          </w:p>
        </w:tc>
        <w:tc>
          <w:tcPr>
            <w:tcW w:type="dxa" w:w="6349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7A8494"/>
                <w:sz w:val="18"/>
              </w:rPr>
              <w:t>什么时候、在哪里、发生什么事情时会打开产品？</w:t>
              <w:br/>
            </w: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</w:tr>
      <w:tr>
        <w:trPr>
          <w:trHeight w:val="992" w:hRule="atLeast"/>
        </w:trPr>
        <w:tc>
          <w:tcPr>
            <w:tcW w:type="dxa" w:w="2324"/>
            <w:shd w:fill="FDE7E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color w:val="25364D"/>
                <w:sz w:val="22"/>
              </w:rPr>
              <w:t>最想解决的问题</w:t>
            </w:r>
          </w:p>
        </w:tc>
        <w:tc>
          <w:tcPr>
            <w:tcW w:type="dxa" w:w="6349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7A8494"/>
                <w:sz w:val="18"/>
              </w:rPr>
              <w:t>这时候他最想赶快解决什么？</w:t>
              <w:br/>
            </w: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</w:tr>
    </w:tbl>
    <w:p>
      <w:pPr>
        <w:spacing w:before="40" w:after="80"/>
      </w:pPr>
      <w:r>
        <w:rPr>
          <w:rFonts w:ascii="Noto Sans CJK SC" w:hAnsi="Noto Sans CJK SC" w:eastAsia="Noto Sans CJK SC"/>
          <w:b/>
          <w:color w:val="F25F53"/>
          <w:sz w:val="30"/>
        </w:rPr>
        <w:t>②  给用户贴 3 个标签</w:t>
      </w:r>
      <w:r>
        <w:rPr>
          <w:rFonts w:ascii="Noto Sans CJK SC" w:hAnsi="Noto Sans CJK SC" w:eastAsia="Noto Sans CJK SC"/>
          <w:b w:val="0"/>
          <w:color w:val="667085"/>
          <w:sz w:val="20"/>
        </w:rPr>
        <w:t xml:space="preserve">  每个标签尽量短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532"/>
        <w:gridCol w:w="3532"/>
        <w:gridCol w:w="3532"/>
      </w:tblGrid>
      <w:tr>
        <w:tc>
          <w:tcPr>
            <w:tcW w:type="dxa" w:w="2891"/>
            <w:shd w:fill="F4F5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标签1：他是谁</w:t>
            </w:r>
          </w:p>
        </w:tc>
        <w:tc>
          <w:tcPr>
            <w:tcW w:type="dxa" w:w="2891"/>
            <w:shd w:fill="F4F5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标签2：什么时候用</w:t>
            </w:r>
          </w:p>
        </w:tc>
        <w:tc>
          <w:tcPr>
            <w:tcW w:type="dxa" w:w="2891"/>
            <w:shd w:fill="F4F5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标签3：最想解决什么</w:t>
            </w:r>
          </w:p>
        </w:tc>
      </w:tr>
      <w:tr>
        <w:trPr>
          <w:trHeight w:val="652" w:hRule="atLeast"/>
        </w:trPr>
        <w:tc>
          <w:tcPr>
            <w:tcW w:type="dxa" w:w="289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  <w:tc>
          <w:tcPr>
            <w:tcW w:type="dxa" w:w="289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  <w:tc>
          <w:tcPr>
            <w:tcW w:type="dxa" w:w="289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</w:tr>
    </w:tbl>
    <w:p>
      <w:pPr>
        <w:spacing w:before="40" w:after="80"/>
      </w:pPr>
      <w:r>
        <w:rPr>
          <w:rFonts w:ascii="Noto Sans CJK SC" w:hAnsi="Noto Sans CJK SC" w:eastAsia="Noto Sans CJK SC"/>
          <w:b/>
          <w:color w:val="F25F53"/>
          <w:sz w:val="30"/>
        </w:rPr>
        <w:t>③  一句话用户画像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DE7E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句式：我们的产品主要帮助【谁】，他通常在【什么场景】使用，最想解决【什么问题】。</w:t>
            </w:r>
          </w:p>
        </w:tc>
      </w:tr>
      <w:tr>
        <w:trPr>
          <w:trHeight w:val="935" w:hRule="atLeast"/>
        </w:trPr>
        <w:tc>
          <w:tcPr>
            <w:tcW w:type="dxa" w:w="105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</w:tcPr>
          <w:p>
            <w:pPr>
              <w:spacing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25364D"/>
                <w:sz w:val="22"/>
              </w:rPr>
              <w:t xml:space="preserve"> 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FF8E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5364D"/>
                <w:sz w:val="20"/>
              </w:rPr>
              <w:t>课堂提示：</w:t>
            </w:r>
            <w:r>
              <w:rPr>
                <w:rFonts w:ascii="Noto Sans CJK SC" w:hAnsi="Noto Sans CJK SC" w:eastAsia="Noto Sans CJK SC"/>
                <w:b w:val="0"/>
                <w:color w:val="25364D"/>
                <w:sz w:val="20"/>
              </w:rPr>
              <w:t>能不能更具体？如果你闭上眼睛都想象不出这个人，就再具体一点。</w:t>
            </w:r>
          </w:p>
        </w:tc>
      </w:tr>
    </w:tbl>
    <w:sectPr w:rsidR="00FC693F" w:rsidRPr="0006063C" w:rsidSect="00034616">
      <w:pgSz w:w="12240" w:h="15840"/>
      <w:pgMar w:top="680" w:right="822" w:bottom="680" w:left="822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